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B77A49" w14:textId="48D8A28C" w:rsidR="00732FB8" w:rsidRPr="00FB7A9F" w:rsidRDefault="00732FB8" w:rsidP="004B341F">
      <w:pPr>
        <w:pStyle w:val="Geenafstand"/>
        <w:jc w:val="center"/>
        <w:rPr>
          <w:rFonts w:ascii="Times New Roman" w:hAnsi="Times New Roman" w:cs="Times New Roman"/>
          <w:b/>
          <w:bCs/>
          <w:sz w:val="32"/>
          <w:szCs w:val="32"/>
          <w:lang w:val="nl-NL"/>
        </w:rPr>
      </w:pPr>
      <w:r w:rsidRPr="00FB7A9F">
        <w:rPr>
          <w:rFonts w:ascii="Times New Roman" w:hAnsi="Times New Roman" w:cs="Times New Roman"/>
          <w:b/>
          <w:bCs/>
          <w:sz w:val="32"/>
          <w:szCs w:val="32"/>
          <w:lang w:val="nl-NL"/>
        </w:rPr>
        <w:t>Hoe</w:t>
      </w:r>
      <w:r w:rsidR="004749E2">
        <w:rPr>
          <w:rFonts w:ascii="Times New Roman" w:hAnsi="Times New Roman" w:cs="Times New Roman"/>
          <w:b/>
          <w:bCs/>
          <w:sz w:val="32"/>
          <w:szCs w:val="32"/>
          <w:lang w:val="nl-NL"/>
        </w:rPr>
        <w:t xml:space="preserve"> wij ooit waren en</w:t>
      </w:r>
      <w:r w:rsidRPr="00FB7A9F">
        <w:rPr>
          <w:rFonts w:ascii="Times New Roman" w:hAnsi="Times New Roman" w:cs="Times New Roman"/>
          <w:b/>
          <w:bCs/>
          <w:sz w:val="32"/>
          <w:szCs w:val="32"/>
          <w:lang w:val="nl-NL"/>
        </w:rPr>
        <w:t xml:space="preserve"> hoe </w:t>
      </w:r>
      <w:r w:rsidR="004749E2">
        <w:rPr>
          <w:rFonts w:ascii="Times New Roman" w:hAnsi="Times New Roman" w:cs="Times New Roman"/>
          <w:b/>
          <w:bCs/>
          <w:sz w:val="32"/>
          <w:szCs w:val="32"/>
          <w:lang w:val="nl-NL"/>
        </w:rPr>
        <w:t>w</w:t>
      </w:r>
      <w:r w:rsidRPr="00FB7A9F">
        <w:rPr>
          <w:rFonts w:ascii="Times New Roman" w:hAnsi="Times New Roman" w:cs="Times New Roman"/>
          <w:b/>
          <w:bCs/>
          <w:sz w:val="32"/>
          <w:szCs w:val="32"/>
          <w:lang w:val="nl-NL"/>
        </w:rPr>
        <w:t xml:space="preserve">ij nu </w:t>
      </w:r>
      <w:r w:rsidR="004749E2">
        <w:rPr>
          <w:rFonts w:ascii="Times New Roman" w:hAnsi="Times New Roman" w:cs="Times New Roman"/>
          <w:b/>
          <w:bCs/>
          <w:sz w:val="32"/>
          <w:szCs w:val="32"/>
          <w:lang w:val="nl-NL"/>
        </w:rPr>
        <w:t>zijn</w:t>
      </w:r>
    </w:p>
    <w:p w14:paraId="44DB03EF" w14:textId="77777777" w:rsidR="00732FB8" w:rsidRPr="00FB7A9F" w:rsidRDefault="00732FB8" w:rsidP="004B341F">
      <w:pPr>
        <w:pStyle w:val="Geenafstand"/>
        <w:jc w:val="center"/>
        <w:rPr>
          <w:rFonts w:ascii="Times New Roman" w:hAnsi="Times New Roman" w:cs="Times New Roman"/>
          <w:sz w:val="25"/>
          <w:szCs w:val="25"/>
          <w:lang w:val="nl-NL"/>
        </w:rPr>
      </w:pPr>
      <w:r w:rsidRPr="00FB7A9F">
        <w:rPr>
          <w:rFonts w:ascii="Times New Roman" w:hAnsi="Times New Roman" w:cs="Times New Roman"/>
          <w:sz w:val="25"/>
          <w:szCs w:val="25"/>
          <w:lang w:val="nl-NL"/>
        </w:rPr>
        <w:t>Ds. J. IJsselstein – Zondag 3</w:t>
      </w:r>
      <w:r w:rsidRPr="00FB7A9F">
        <w:rPr>
          <w:rFonts w:ascii="Times New Roman" w:hAnsi="Times New Roman" w:cs="Times New Roman"/>
          <w:sz w:val="25"/>
          <w:szCs w:val="25"/>
          <w:lang w:val="nl-NL"/>
        </w:rPr>
        <w:br/>
      </w:r>
    </w:p>
    <w:p w14:paraId="2132B142" w14:textId="77777777" w:rsidR="00732FB8" w:rsidRPr="00FB7A9F" w:rsidRDefault="00732FB8" w:rsidP="004B341F">
      <w:pPr>
        <w:pStyle w:val="Geenafstand"/>
        <w:ind w:left="3402"/>
        <w:rPr>
          <w:rFonts w:ascii="Times New Roman" w:hAnsi="Times New Roman" w:cs="Times New Roman"/>
          <w:sz w:val="25"/>
          <w:szCs w:val="25"/>
          <w:lang w:val="nl-NL"/>
        </w:rPr>
      </w:pPr>
      <w:r w:rsidRPr="00FB7A9F">
        <w:rPr>
          <w:rFonts w:ascii="Times New Roman" w:hAnsi="Times New Roman" w:cs="Times New Roman"/>
          <w:b/>
          <w:bCs/>
          <w:sz w:val="25"/>
          <w:szCs w:val="25"/>
          <w:lang w:val="nl-NL"/>
        </w:rPr>
        <w:t>Liturgie</w:t>
      </w:r>
      <w:r w:rsidRPr="00FB7A9F">
        <w:rPr>
          <w:rFonts w:ascii="Times New Roman" w:hAnsi="Times New Roman" w:cs="Times New Roman"/>
          <w:sz w:val="25"/>
          <w:szCs w:val="25"/>
          <w:lang w:val="nl-NL"/>
        </w:rPr>
        <w:br/>
        <w:t>Psalm 38:1,18</w:t>
      </w:r>
    </w:p>
    <w:p w14:paraId="30C6E4C1" w14:textId="77777777" w:rsidR="00732FB8" w:rsidRPr="00FB7A9F" w:rsidRDefault="00732FB8" w:rsidP="004B341F">
      <w:pPr>
        <w:pStyle w:val="Geenafstand"/>
        <w:ind w:left="3402"/>
        <w:rPr>
          <w:rFonts w:ascii="Times New Roman" w:hAnsi="Times New Roman" w:cs="Times New Roman"/>
          <w:sz w:val="25"/>
          <w:szCs w:val="25"/>
          <w:lang w:val="sv-SE"/>
        </w:rPr>
      </w:pPr>
      <w:r w:rsidRPr="00FB7A9F">
        <w:rPr>
          <w:rFonts w:ascii="Times New Roman" w:hAnsi="Times New Roman" w:cs="Times New Roman"/>
          <w:sz w:val="25"/>
          <w:szCs w:val="25"/>
          <w:lang w:val="sv-SE"/>
        </w:rPr>
        <w:t>Psalm 38:21,22</w:t>
      </w:r>
    </w:p>
    <w:p w14:paraId="5942874B" w14:textId="0841FDC5" w:rsidR="00732FB8" w:rsidRPr="00FB7A9F" w:rsidRDefault="00732FB8" w:rsidP="004B341F">
      <w:pPr>
        <w:pStyle w:val="Geenafstand"/>
        <w:ind w:left="3402"/>
        <w:rPr>
          <w:rFonts w:ascii="Times New Roman" w:hAnsi="Times New Roman" w:cs="Times New Roman"/>
          <w:sz w:val="25"/>
          <w:szCs w:val="25"/>
          <w:lang w:val="sv-SE"/>
        </w:rPr>
      </w:pPr>
      <w:r w:rsidRPr="00FB7A9F">
        <w:rPr>
          <w:rFonts w:ascii="Times New Roman" w:hAnsi="Times New Roman" w:cs="Times New Roman"/>
          <w:sz w:val="25"/>
          <w:szCs w:val="25"/>
          <w:lang w:val="sv-SE"/>
        </w:rPr>
        <w:t xml:space="preserve">Lezen Genesis </w:t>
      </w:r>
      <w:r w:rsidR="00884609" w:rsidRPr="00FB7A9F">
        <w:rPr>
          <w:rFonts w:ascii="Times New Roman" w:hAnsi="Times New Roman" w:cs="Times New Roman"/>
          <w:sz w:val="25"/>
          <w:szCs w:val="25"/>
          <w:lang w:val="sv-SE"/>
        </w:rPr>
        <w:t>3</w:t>
      </w:r>
    </w:p>
    <w:p w14:paraId="684D3783" w14:textId="77777777" w:rsidR="00732FB8" w:rsidRPr="00FB7A9F" w:rsidRDefault="00732FB8" w:rsidP="004B341F">
      <w:pPr>
        <w:pStyle w:val="Geenafstand"/>
        <w:ind w:left="3402"/>
        <w:rPr>
          <w:rFonts w:ascii="Times New Roman" w:hAnsi="Times New Roman" w:cs="Times New Roman"/>
          <w:sz w:val="25"/>
          <w:szCs w:val="25"/>
          <w:lang w:val="sv-SE"/>
        </w:rPr>
      </w:pPr>
      <w:r w:rsidRPr="00FB7A9F">
        <w:rPr>
          <w:rFonts w:ascii="Times New Roman" w:hAnsi="Times New Roman" w:cs="Times New Roman"/>
          <w:sz w:val="25"/>
          <w:szCs w:val="25"/>
          <w:lang w:val="sv-SE"/>
        </w:rPr>
        <w:t>Psalm 106:2,3,4</w:t>
      </w:r>
    </w:p>
    <w:p w14:paraId="755792AD" w14:textId="77777777" w:rsidR="00732FB8" w:rsidRPr="00FB7A9F" w:rsidRDefault="00732FB8" w:rsidP="004B341F">
      <w:pPr>
        <w:pStyle w:val="Geenafstand"/>
        <w:ind w:left="3402"/>
        <w:rPr>
          <w:rFonts w:ascii="Times New Roman" w:hAnsi="Times New Roman" w:cs="Times New Roman"/>
          <w:sz w:val="25"/>
          <w:szCs w:val="25"/>
          <w:lang w:val="sv-SE"/>
        </w:rPr>
      </w:pPr>
      <w:r w:rsidRPr="00FB7A9F">
        <w:rPr>
          <w:rFonts w:ascii="Times New Roman" w:hAnsi="Times New Roman" w:cs="Times New Roman"/>
          <w:sz w:val="25"/>
          <w:szCs w:val="25"/>
          <w:lang w:val="sv-SE"/>
        </w:rPr>
        <w:t>Psalm 51:3</w:t>
      </w:r>
    </w:p>
    <w:p w14:paraId="3BA2DAE1" w14:textId="77777777" w:rsidR="00732FB8" w:rsidRPr="00FB7A9F" w:rsidRDefault="00732FB8" w:rsidP="004B341F">
      <w:pPr>
        <w:pStyle w:val="Geenafstand"/>
        <w:ind w:left="3402"/>
        <w:rPr>
          <w:rFonts w:ascii="Times New Roman" w:hAnsi="Times New Roman" w:cs="Times New Roman"/>
          <w:sz w:val="25"/>
          <w:szCs w:val="25"/>
          <w:lang w:val="sv-SE"/>
        </w:rPr>
      </w:pPr>
      <w:r w:rsidRPr="00FB7A9F">
        <w:rPr>
          <w:rFonts w:ascii="Times New Roman" w:hAnsi="Times New Roman" w:cs="Times New Roman"/>
          <w:sz w:val="25"/>
          <w:szCs w:val="25"/>
          <w:lang w:val="sv-SE"/>
        </w:rPr>
        <w:t>Psalm 40:3,4</w:t>
      </w:r>
    </w:p>
    <w:p w14:paraId="71B3B018" w14:textId="77777777" w:rsidR="00732FB8" w:rsidRPr="00FB7A9F" w:rsidRDefault="00732FB8" w:rsidP="00732FB8">
      <w:pPr>
        <w:pStyle w:val="Geenafstand"/>
        <w:rPr>
          <w:rFonts w:ascii="Times New Roman" w:hAnsi="Times New Roman" w:cs="Times New Roman"/>
          <w:sz w:val="25"/>
          <w:szCs w:val="25"/>
          <w:lang w:val="sv-SE"/>
        </w:rPr>
      </w:pPr>
    </w:p>
    <w:p w14:paraId="6C221613" w14:textId="77777777" w:rsidR="006E183E"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Gemeente, jongelui, het gaat vanaf Zondag 1 van de </w:t>
      </w:r>
      <w:r w:rsidR="000A53B9" w:rsidRPr="00FB7A9F">
        <w:rPr>
          <w:rFonts w:ascii="Times New Roman" w:hAnsi="Times New Roman" w:cs="Times New Roman"/>
          <w:sz w:val="25"/>
          <w:szCs w:val="25"/>
          <w:lang w:val="nl-NL"/>
        </w:rPr>
        <w:t>C</w:t>
      </w:r>
      <w:r w:rsidRPr="00FB7A9F">
        <w:rPr>
          <w:rFonts w:ascii="Times New Roman" w:hAnsi="Times New Roman" w:cs="Times New Roman"/>
          <w:sz w:val="25"/>
          <w:szCs w:val="25"/>
          <w:lang w:val="nl-NL"/>
        </w:rPr>
        <w:t xml:space="preserve">atechismus, dat weet </w:t>
      </w:r>
      <w:r w:rsidR="000A53B9" w:rsidRPr="00FB7A9F">
        <w:rPr>
          <w:rFonts w:ascii="Times New Roman" w:hAnsi="Times New Roman" w:cs="Times New Roman"/>
          <w:sz w:val="25"/>
          <w:szCs w:val="25"/>
          <w:lang w:val="nl-NL"/>
        </w:rPr>
        <w:t>je</w:t>
      </w:r>
      <w:r w:rsidRPr="00FB7A9F">
        <w:rPr>
          <w:rFonts w:ascii="Times New Roman" w:hAnsi="Times New Roman" w:cs="Times New Roman"/>
          <w:sz w:val="25"/>
          <w:szCs w:val="25"/>
          <w:lang w:val="nl-NL"/>
        </w:rPr>
        <w:t>, over de enige troost in leven en sterven. En om die enige troost in leven en sterven te kennen</w:t>
      </w:r>
      <w:r w:rsidR="000A53B9"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is het nodig om bevindelijk, om door persoonlijke ervaring drie dingen te leren. </w:t>
      </w:r>
    </w:p>
    <w:p w14:paraId="44ADFCB2" w14:textId="77777777" w:rsidR="006E183E"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Ten eerste hoe groot mijn zonden en ellende zijn. </w:t>
      </w:r>
    </w:p>
    <w:p w14:paraId="37C7CA67" w14:textId="77777777" w:rsidR="006E183E" w:rsidRPr="00FB7A9F" w:rsidRDefault="00D31ECA"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Ten </w:t>
      </w:r>
      <w:r w:rsidR="00732FB8" w:rsidRPr="00FB7A9F">
        <w:rPr>
          <w:rFonts w:ascii="Times New Roman" w:hAnsi="Times New Roman" w:cs="Times New Roman"/>
          <w:sz w:val="25"/>
          <w:szCs w:val="25"/>
          <w:lang w:val="nl-NL"/>
        </w:rPr>
        <w:t xml:space="preserve">tweede hoe ik van al mijn zonden en ellende verlost word. </w:t>
      </w:r>
    </w:p>
    <w:p w14:paraId="38CDE731" w14:textId="77777777" w:rsidR="006F280F"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En ten derde hoe ik God voor zo'n verlossing dankbaar zijn</w:t>
      </w:r>
      <w:r w:rsidR="006E183E" w:rsidRPr="00FB7A9F">
        <w:rPr>
          <w:rFonts w:ascii="Times New Roman" w:hAnsi="Times New Roman" w:cs="Times New Roman"/>
          <w:sz w:val="25"/>
          <w:szCs w:val="25"/>
          <w:lang w:val="nl-NL"/>
        </w:rPr>
        <w:t xml:space="preserve"> zal</w:t>
      </w:r>
      <w:r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br/>
      </w:r>
      <w:r w:rsidRPr="00FB7A9F">
        <w:rPr>
          <w:rFonts w:ascii="Times New Roman" w:hAnsi="Times New Roman" w:cs="Times New Roman"/>
          <w:sz w:val="25"/>
          <w:szCs w:val="25"/>
          <w:lang w:val="nl-NL"/>
        </w:rPr>
        <w:br/>
        <w:t xml:space="preserve">En met dat eerste waren we verder gegaan in Zondag 2, met dat: hoe groot mijn zonden en ellende zijn. Toen hebben we gezien, dat de Heere </w:t>
      </w:r>
      <w:r w:rsidR="006F280F" w:rsidRPr="00FB7A9F">
        <w:rPr>
          <w:rFonts w:ascii="Times New Roman" w:hAnsi="Times New Roman" w:cs="Times New Roman"/>
          <w:sz w:val="25"/>
          <w:szCs w:val="25"/>
          <w:lang w:val="nl-NL"/>
        </w:rPr>
        <w:t xml:space="preserve">Jezus </w:t>
      </w:r>
      <w:r w:rsidRPr="00FB7A9F">
        <w:rPr>
          <w:rFonts w:ascii="Times New Roman" w:hAnsi="Times New Roman" w:cs="Times New Roman"/>
          <w:sz w:val="25"/>
          <w:szCs w:val="25"/>
          <w:lang w:val="nl-NL"/>
        </w:rPr>
        <w:t xml:space="preserve">door </w:t>
      </w:r>
      <w:r w:rsidR="00085ED9" w:rsidRPr="00FB7A9F">
        <w:rPr>
          <w:rFonts w:ascii="Times New Roman" w:hAnsi="Times New Roman" w:cs="Times New Roman"/>
          <w:sz w:val="25"/>
          <w:szCs w:val="25"/>
          <w:lang w:val="nl-NL"/>
        </w:rPr>
        <w:t>Z</w:t>
      </w:r>
      <w:r w:rsidRPr="00FB7A9F">
        <w:rPr>
          <w:rFonts w:ascii="Times New Roman" w:hAnsi="Times New Roman" w:cs="Times New Roman"/>
          <w:sz w:val="25"/>
          <w:szCs w:val="25"/>
          <w:lang w:val="nl-NL"/>
        </w:rPr>
        <w:t xml:space="preserve">ijn Heilige Geest het </w:t>
      </w:r>
      <w:r w:rsidRPr="00FB7A9F">
        <w:rPr>
          <w:rFonts w:ascii="Times New Roman" w:hAnsi="Times New Roman" w:cs="Times New Roman"/>
          <w:i/>
          <w:iCs/>
          <w:sz w:val="25"/>
          <w:szCs w:val="25"/>
          <w:lang w:val="nl-NL"/>
        </w:rPr>
        <w:t>onmogelijke</w:t>
      </w:r>
      <w:r w:rsidRPr="00FB7A9F">
        <w:rPr>
          <w:rFonts w:ascii="Times New Roman" w:hAnsi="Times New Roman" w:cs="Times New Roman"/>
          <w:sz w:val="25"/>
          <w:szCs w:val="25"/>
          <w:lang w:val="nl-NL"/>
        </w:rPr>
        <w:t xml:space="preserve"> van de wet leert: God liefhebben boven alles, en je naaste als jezelf. </w:t>
      </w:r>
    </w:p>
    <w:p w14:paraId="15777811" w14:textId="772C9EB8" w:rsidR="00732FB8" w:rsidRPr="00FB7A9F" w:rsidRDefault="006F280F"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w:t>
      </w:r>
      <w:r w:rsidR="00732FB8" w:rsidRPr="00FB7A9F">
        <w:rPr>
          <w:rFonts w:ascii="Times New Roman" w:hAnsi="Times New Roman" w:cs="Times New Roman"/>
          <w:sz w:val="25"/>
          <w:szCs w:val="25"/>
          <w:lang w:val="nl-NL"/>
        </w:rPr>
        <w:t xml:space="preserve">Ja, maar dat </w:t>
      </w:r>
      <w:r w:rsidR="00732FB8" w:rsidRPr="00FB7A9F">
        <w:rPr>
          <w:rFonts w:ascii="Times New Roman" w:hAnsi="Times New Roman" w:cs="Times New Roman"/>
          <w:i/>
          <w:iCs/>
          <w:sz w:val="25"/>
          <w:szCs w:val="25"/>
          <w:lang w:val="nl-NL"/>
        </w:rPr>
        <w:t>kan</w:t>
      </w:r>
      <w:r w:rsidR="00732FB8" w:rsidRPr="00FB7A9F">
        <w:rPr>
          <w:rFonts w:ascii="Times New Roman" w:hAnsi="Times New Roman" w:cs="Times New Roman"/>
          <w:sz w:val="25"/>
          <w:szCs w:val="25"/>
          <w:lang w:val="nl-NL"/>
        </w:rPr>
        <w:t xml:space="preserve"> ik gewoon niet. </w:t>
      </w:r>
      <w:r w:rsidRPr="00FB7A9F">
        <w:rPr>
          <w:rFonts w:ascii="Times New Roman" w:hAnsi="Times New Roman" w:cs="Times New Roman"/>
          <w:sz w:val="25"/>
          <w:szCs w:val="25"/>
          <w:lang w:val="nl-NL"/>
        </w:rPr>
        <w:t>Da</w:t>
      </w:r>
      <w:r w:rsidR="00732FB8" w:rsidRPr="00FB7A9F">
        <w:rPr>
          <w:rFonts w:ascii="Times New Roman" w:hAnsi="Times New Roman" w:cs="Times New Roman"/>
          <w:sz w:val="25"/>
          <w:szCs w:val="25"/>
          <w:lang w:val="nl-NL"/>
        </w:rPr>
        <w:t>t lukt me niet</w:t>
      </w:r>
      <w:r w:rsidRPr="00FB7A9F">
        <w:rPr>
          <w:rFonts w:ascii="Times New Roman" w:hAnsi="Times New Roman" w:cs="Times New Roman"/>
          <w:sz w:val="25"/>
          <w:szCs w:val="25"/>
          <w:lang w:val="nl-NL"/>
        </w:rPr>
        <w:t>. E</w:t>
      </w:r>
      <w:r w:rsidR="00732FB8" w:rsidRPr="00FB7A9F">
        <w:rPr>
          <w:rFonts w:ascii="Times New Roman" w:hAnsi="Times New Roman" w:cs="Times New Roman"/>
          <w:sz w:val="25"/>
          <w:szCs w:val="25"/>
          <w:lang w:val="nl-NL"/>
        </w:rPr>
        <w:t xml:space="preserve">n dat wil ik </w:t>
      </w:r>
      <w:r w:rsidRPr="00FB7A9F">
        <w:rPr>
          <w:rFonts w:ascii="Times New Roman" w:hAnsi="Times New Roman" w:cs="Times New Roman"/>
          <w:sz w:val="25"/>
          <w:szCs w:val="25"/>
          <w:lang w:val="nl-NL"/>
        </w:rPr>
        <w:t xml:space="preserve">ook </w:t>
      </w:r>
      <w:r w:rsidR="00732FB8" w:rsidRPr="00FB7A9F">
        <w:rPr>
          <w:rFonts w:ascii="Times New Roman" w:hAnsi="Times New Roman" w:cs="Times New Roman"/>
          <w:sz w:val="25"/>
          <w:szCs w:val="25"/>
          <w:lang w:val="nl-NL"/>
        </w:rPr>
        <w:t>niet</w:t>
      </w:r>
      <w:r w:rsidR="0078128D">
        <w:rPr>
          <w:rFonts w:ascii="Times New Roman" w:hAnsi="Times New Roman" w:cs="Times New Roman"/>
          <w:sz w:val="25"/>
          <w:szCs w:val="25"/>
          <w:lang w:val="nl-NL"/>
        </w:rPr>
        <w:t xml:space="preserve">. </w:t>
      </w:r>
      <w:r w:rsidR="00732FB8" w:rsidRPr="00FB7A9F">
        <w:rPr>
          <w:rFonts w:ascii="Times New Roman" w:hAnsi="Times New Roman" w:cs="Times New Roman"/>
          <w:sz w:val="25"/>
          <w:szCs w:val="25"/>
          <w:lang w:val="nl-NL"/>
        </w:rPr>
        <w:br/>
        <w:t>Want het is mijn aard, het is mijn natuur om God en mijn naaste niet lief te hebben, maar te haten.</w:t>
      </w:r>
      <w:r w:rsidRPr="00FB7A9F">
        <w:rPr>
          <w:rFonts w:ascii="Times New Roman" w:hAnsi="Times New Roman" w:cs="Times New Roman"/>
          <w:sz w:val="25"/>
          <w:szCs w:val="25"/>
          <w:lang w:val="nl-NL"/>
        </w:rPr>
        <w:t>”</w:t>
      </w:r>
      <w:r w:rsidR="00732FB8" w:rsidRPr="00FB7A9F">
        <w:rPr>
          <w:rFonts w:ascii="Times New Roman" w:hAnsi="Times New Roman" w:cs="Times New Roman"/>
          <w:sz w:val="25"/>
          <w:szCs w:val="25"/>
          <w:lang w:val="nl-NL"/>
        </w:rPr>
        <w:t xml:space="preserve"> </w:t>
      </w:r>
      <w:r w:rsidR="00732FB8" w:rsidRPr="00FB7A9F">
        <w:rPr>
          <w:rFonts w:ascii="Times New Roman" w:hAnsi="Times New Roman" w:cs="Times New Roman"/>
          <w:sz w:val="25"/>
          <w:szCs w:val="25"/>
          <w:lang w:val="nl-NL"/>
        </w:rPr>
        <w:br/>
      </w:r>
    </w:p>
    <w:p w14:paraId="2345D4A8" w14:textId="6CA40404"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Geliefde gemeente, hebt u daar de afgelopen week nog stil over nagedacht? Want dat is natuurlijk wel de bedoeling van de Heere, dat je Zijn </w:t>
      </w:r>
      <w:r w:rsidR="00970B9D" w:rsidRPr="00FB7A9F">
        <w:rPr>
          <w:rFonts w:ascii="Times New Roman" w:hAnsi="Times New Roman" w:cs="Times New Roman"/>
          <w:sz w:val="25"/>
          <w:szCs w:val="25"/>
          <w:lang w:val="nl-NL"/>
        </w:rPr>
        <w:t>W</w:t>
      </w:r>
      <w:r w:rsidRPr="00FB7A9F">
        <w:rPr>
          <w:rFonts w:ascii="Times New Roman" w:hAnsi="Times New Roman" w:cs="Times New Roman"/>
          <w:sz w:val="25"/>
          <w:szCs w:val="25"/>
          <w:lang w:val="nl-NL"/>
        </w:rPr>
        <w:t>oord in je hart mee naar huis</w:t>
      </w:r>
      <w:r w:rsidR="007F1C4B" w:rsidRPr="00FB7A9F">
        <w:rPr>
          <w:rFonts w:ascii="Times New Roman" w:hAnsi="Times New Roman" w:cs="Times New Roman"/>
          <w:sz w:val="25"/>
          <w:szCs w:val="25"/>
          <w:lang w:val="nl-NL"/>
        </w:rPr>
        <w:t xml:space="preserve"> neemt</w:t>
      </w:r>
      <w:r w:rsidRPr="00FB7A9F">
        <w:rPr>
          <w:rFonts w:ascii="Times New Roman" w:hAnsi="Times New Roman" w:cs="Times New Roman"/>
          <w:sz w:val="25"/>
          <w:szCs w:val="25"/>
          <w:lang w:val="nl-NL"/>
        </w:rPr>
        <w:t xml:space="preserve">. Dat je daarover nadenkt. En dat je stil bidt of de Heere die woorden zal gaan inschrijven in het binnenste van je hart. Doen, mensen! De woorden van zondag, biddend meenemen </w:t>
      </w:r>
      <w:r w:rsidR="00970B9D" w:rsidRPr="00FB7A9F">
        <w:rPr>
          <w:rFonts w:ascii="Times New Roman" w:hAnsi="Times New Roman" w:cs="Times New Roman"/>
          <w:sz w:val="25"/>
          <w:szCs w:val="25"/>
          <w:lang w:val="nl-NL"/>
        </w:rPr>
        <w:t>n</w:t>
      </w:r>
      <w:r w:rsidRPr="00FB7A9F">
        <w:rPr>
          <w:rFonts w:ascii="Times New Roman" w:hAnsi="Times New Roman" w:cs="Times New Roman"/>
          <w:sz w:val="25"/>
          <w:szCs w:val="25"/>
          <w:lang w:val="nl-NL"/>
        </w:rPr>
        <w:t xml:space="preserve">aar huis. En daar thuis over denken en daarbij bidden. </w:t>
      </w:r>
      <w:r w:rsidRPr="00FB7A9F">
        <w:rPr>
          <w:rFonts w:ascii="Times New Roman" w:hAnsi="Times New Roman" w:cs="Times New Roman"/>
          <w:sz w:val="25"/>
          <w:szCs w:val="25"/>
          <w:lang w:val="nl-NL"/>
        </w:rPr>
        <w:br/>
      </w:r>
    </w:p>
    <w:p w14:paraId="4F0F317B" w14:textId="285FD77C" w:rsidR="00A60600"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Maar waarom moesten wij die dingen over de wet eigenlijk allemaal horen? Wat was de bedoeling daarvan? Als we die toch niet en nooit meer kunnen doen? </w:t>
      </w:r>
      <w:r w:rsidRPr="00FB7A9F">
        <w:rPr>
          <w:rFonts w:ascii="Times New Roman" w:hAnsi="Times New Roman" w:cs="Times New Roman"/>
          <w:sz w:val="25"/>
          <w:szCs w:val="25"/>
          <w:lang w:val="nl-NL"/>
        </w:rPr>
        <w:br/>
        <w:t xml:space="preserve">Nou, dat werd de vorige keer ook duidelijk. Niet om hopeloos bij de pakken neer te gaan zitten, maar om te vluchten naar Hem, Die ons de spiegel van de wet voorhoudt. Om te vluchten tot Christus, Die gekomen is naar deze wereld, Die geleden heeft, Die gestorven is, maar Die ook opgestaan is, om van zichzelf hopeloos ellendige zondaars met God te verzoenen. </w:t>
      </w:r>
      <w:r w:rsidRPr="00FB7A9F">
        <w:rPr>
          <w:rFonts w:ascii="Times New Roman" w:hAnsi="Times New Roman" w:cs="Times New Roman"/>
          <w:sz w:val="25"/>
          <w:szCs w:val="25"/>
          <w:lang w:val="nl-NL"/>
        </w:rPr>
        <w:br/>
      </w:r>
      <w:r w:rsidRPr="00FB7A9F">
        <w:rPr>
          <w:rFonts w:ascii="Times New Roman" w:hAnsi="Times New Roman" w:cs="Times New Roman"/>
          <w:sz w:val="25"/>
          <w:szCs w:val="25"/>
          <w:lang w:val="nl-NL"/>
        </w:rPr>
        <w:br/>
        <w:t xml:space="preserve">En achter die spiegel staat </w:t>
      </w:r>
      <w:r w:rsidRPr="0078128D">
        <w:rPr>
          <w:rFonts w:ascii="Times New Roman" w:hAnsi="Times New Roman" w:cs="Times New Roman"/>
          <w:sz w:val="25"/>
          <w:szCs w:val="25"/>
          <w:lang w:val="nl-NL"/>
        </w:rPr>
        <w:t>ook van</w:t>
      </w:r>
      <w:r w:rsidR="0078128D" w:rsidRPr="0078128D">
        <w:rPr>
          <w:rFonts w:ascii="Times New Roman" w:hAnsi="Times New Roman" w:cs="Times New Roman"/>
          <w:sz w:val="25"/>
          <w:szCs w:val="25"/>
          <w:lang w:val="nl-NL"/>
        </w:rPr>
        <w:t>middag</w:t>
      </w:r>
      <w:r w:rsidRPr="00FB7A9F">
        <w:rPr>
          <w:rFonts w:ascii="Times New Roman" w:hAnsi="Times New Roman" w:cs="Times New Roman"/>
          <w:sz w:val="25"/>
          <w:szCs w:val="25"/>
          <w:lang w:val="nl-NL"/>
        </w:rPr>
        <w:t xml:space="preserve"> Christus, Die zegt: </w:t>
      </w:r>
      <w:r w:rsidR="00B17165"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Mensen, geef dat liefdeloze hart van u, van jullie, vol van zonde, vol van haat, geef dat hart van u dat altijd nee zegt tegen Mij, geef dat hart maar aan Mij. Geef dat hart maar aan Mij, want Ik weet daar wel raad mee. Al waren uw zonden als scharlaken, Ik zal ze maken wit als sneeuw. Al waren ze rood als karmozijn</w:t>
      </w:r>
      <w:r w:rsidR="00A60600"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Ik zal ze maken als witte wol.</w:t>
      </w:r>
      <w:r w:rsidR="00A60600" w:rsidRPr="00FB7A9F">
        <w:rPr>
          <w:rFonts w:ascii="Times New Roman" w:hAnsi="Times New Roman" w:cs="Times New Roman"/>
          <w:sz w:val="25"/>
          <w:szCs w:val="25"/>
          <w:lang w:val="nl-NL"/>
        </w:rPr>
        <w:t>”</w:t>
      </w:r>
    </w:p>
    <w:p w14:paraId="48FBF883" w14:textId="79125336"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 </w:t>
      </w:r>
    </w:p>
    <w:p w14:paraId="148FE83A" w14:textId="77777777" w:rsidR="00D86E05"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lastRenderedPageBreak/>
        <w:t xml:space="preserve">Want, lieve mensen, je haat tegen God wordt nooit geen liefde meer. En je nee tegen God wordt nooit geen ja meer. Tenzij God Zelf er iets aan doet. </w:t>
      </w:r>
    </w:p>
    <w:p w14:paraId="19776EDF" w14:textId="77777777" w:rsidR="00D86E05" w:rsidRPr="00FB7A9F" w:rsidRDefault="00D86E05" w:rsidP="00732FB8">
      <w:pPr>
        <w:pStyle w:val="Geenafstand"/>
        <w:rPr>
          <w:rFonts w:ascii="Times New Roman" w:hAnsi="Times New Roman" w:cs="Times New Roman"/>
          <w:sz w:val="25"/>
          <w:szCs w:val="25"/>
          <w:lang w:val="nl-NL"/>
        </w:rPr>
      </w:pPr>
    </w:p>
    <w:p w14:paraId="25BD61C1" w14:textId="6FCCA8DF"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Er iets aan doet? Nee, er </w:t>
      </w:r>
      <w:r w:rsidRPr="00FB7A9F">
        <w:rPr>
          <w:rFonts w:ascii="Times New Roman" w:hAnsi="Times New Roman" w:cs="Times New Roman"/>
          <w:i/>
          <w:iCs/>
          <w:sz w:val="25"/>
          <w:szCs w:val="25"/>
          <w:lang w:val="nl-NL"/>
        </w:rPr>
        <w:t>alles</w:t>
      </w:r>
      <w:r w:rsidRPr="00FB7A9F">
        <w:rPr>
          <w:rFonts w:ascii="Times New Roman" w:hAnsi="Times New Roman" w:cs="Times New Roman"/>
          <w:sz w:val="25"/>
          <w:szCs w:val="25"/>
          <w:lang w:val="nl-NL"/>
        </w:rPr>
        <w:t xml:space="preserve"> aan doet. En dit hatende hart overwint door Zijn liefde. En dat opstandige nee van mij en van u overwint door Zijn krachtige genade. </w:t>
      </w:r>
    </w:p>
    <w:p w14:paraId="11C58046" w14:textId="77777777" w:rsidR="00D86E05" w:rsidRPr="00FB7A9F" w:rsidRDefault="00D86E05" w:rsidP="00732FB8">
      <w:pPr>
        <w:pStyle w:val="Geenafstand"/>
        <w:rPr>
          <w:rFonts w:ascii="Times New Roman" w:hAnsi="Times New Roman" w:cs="Times New Roman"/>
          <w:sz w:val="25"/>
          <w:szCs w:val="25"/>
          <w:lang w:val="nl-NL"/>
        </w:rPr>
      </w:pPr>
    </w:p>
    <w:p w14:paraId="6D5BE847" w14:textId="4FCF08B4"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En nu gaan we van</w:t>
      </w:r>
      <w:r w:rsidR="00DB367C">
        <w:rPr>
          <w:rFonts w:ascii="Times New Roman" w:hAnsi="Times New Roman" w:cs="Times New Roman"/>
          <w:sz w:val="25"/>
          <w:szCs w:val="25"/>
          <w:lang w:val="nl-NL"/>
        </w:rPr>
        <w:t>middag</w:t>
      </w:r>
      <w:r w:rsidRPr="00FB7A9F">
        <w:rPr>
          <w:rFonts w:ascii="Times New Roman" w:hAnsi="Times New Roman" w:cs="Times New Roman"/>
          <w:sz w:val="25"/>
          <w:szCs w:val="25"/>
          <w:lang w:val="nl-NL"/>
        </w:rPr>
        <w:t xml:space="preserve"> verder met de volgende Zondag, met Zondag 3. Met de vraag of dat altijd al zo geweest is met ons. Met de vraag waar die ellende van ons vandaan komt. </w:t>
      </w:r>
    </w:p>
    <w:p w14:paraId="625782AC" w14:textId="77777777" w:rsidR="00884609"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Nou, dat hebben we gelezen in Genesis 3, waar het gaat over de </w:t>
      </w:r>
      <w:r w:rsidRPr="00FB7A9F">
        <w:rPr>
          <w:rFonts w:ascii="Times New Roman" w:hAnsi="Times New Roman" w:cs="Times New Roman"/>
          <w:i/>
          <w:iCs/>
          <w:sz w:val="25"/>
          <w:szCs w:val="25"/>
          <w:lang w:val="nl-NL"/>
        </w:rPr>
        <w:t>eerste</w:t>
      </w:r>
      <w:r w:rsidRPr="00FB7A9F">
        <w:rPr>
          <w:rFonts w:ascii="Times New Roman" w:hAnsi="Times New Roman" w:cs="Times New Roman"/>
          <w:sz w:val="25"/>
          <w:szCs w:val="25"/>
          <w:lang w:val="nl-NL"/>
        </w:rPr>
        <w:t xml:space="preserve"> </w:t>
      </w:r>
      <w:r w:rsidRPr="00FB7A9F">
        <w:rPr>
          <w:rFonts w:ascii="Times New Roman" w:hAnsi="Times New Roman" w:cs="Times New Roman"/>
          <w:i/>
          <w:iCs/>
          <w:sz w:val="25"/>
          <w:szCs w:val="25"/>
          <w:lang w:val="nl-NL"/>
        </w:rPr>
        <w:t>Adam</w:t>
      </w:r>
      <w:r w:rsidRPr="00FB7A9F">
        <w:rPr>
          <w:rFonts w:ascii="Times New Roman" w:hAnsi="Times New Roman" w:cs="Times New Roman"/>
          <w:sz w:val="25"/>
          <w:szCs w:val="25"/>
          <w:lang w:val="nl-NL"/>
        </w:rPr>
        <w:t xml:space="preserve">. </w:t>
      </w:r>
    </w:p>
    <w:p w14:paraId="79EACA59" w14:textId="1B658F44"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Een hoofdstuk, Genesis 3, jongelui, waarin je leest hoe wij mensen in zonde vallen. Niet alleen in het paradijs toen, maar ook nu in deze tijd. </w:t>
      </w:r>
      <w:r w:rsidRPr="00FB7A9F">
        <w:rPr>
          <w:rFonts w:ascii="Times New Roman" w:hAnsi="Times New Roman" w:cs="Times New Roman"/>
          <w:sz w:val="25"/>
          <w:szCs w:val="25"/>
          <w:lang w:val="nl-NL"/>
        </w:rPr>
        <w:br/>
        <w:t>En daarom wil ik jullie en ons daar even in meenemen.</w:t>
      </w:r>
    </w:p>
    <w:p w14:paraId="3F61C187"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 </w:t>
      </w:r>
    </w:p>
    <w:p w14:paraId="5AEB1B98" w14:textId="77777777" w:rsidR="00B63122"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Wat gebeurde er toen Adam en Eva vielen in de zonde? En wat gebeurt er als ik, als jullie, als wij in de zonde vallen? </w:t>
      </w:r>
      <w:r w:rsidRPr="00FB7A9F">
        <w:rPr>
          <w:rFonts w:ascii="Times New Roman" w:hAnsi="Times New Roman" w:cs="Times New Roman"/>
          <w:sz w:val="25"/>
          <w:szCs w:val="25"/>
          <w:lang w:val="nl-NL"/>
        </w:rPr>
        <w:br/>
        <w:t xml:space="preserve">Lees even mee in je </w:t>
      </w:r>
      <w:r w:rsidR="00D02C16" w:rsidRPr="00FB7A9F">
        <w:rPr>
          <w:rFonts w:ascii="Times New Roman" w:hAnsi="Times New Roman" w:cs="Times New Roman"/>
          <w:sz w:val="25"/>
          <w:szCs w:val="25"/>
          <w:lang w:val="nl-NL"/>
        </w:rPr>
        <w:t>B</w:t>
      </w:r>
      <w:r w:rsidRPr="00FB7A9F">
        <w:rPr>
          <w:rFonts w:ascii="Times New Roman" w:hAnsi="Times New Roman" w:cs="Times New Roman"/>
          <w:sz w:val="25"/>
          <w:szCs w:val="25"/>
          <w:lang w:val="nl-NL"/>
        </w:rPr>
        <w:t xml:space="preserve">ijbel in Genesis 3. </w:t>
      </w:r>
    </w:p>
    <w:p w14:paraId="4A710F05" w14:textId="77777777" w:rsidR="00B63122"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Zoek</w:t>
      </w:r>
      <w:r w:rsidR="006B0966" w:rsidRPr="00FB7A9F">
        <w:rPr>
          <w:rFonts w:ascii="Times New Roman" w:hAnsi="Times New Roman" w:cs="Times New Roman"/>
          <w:sz w:val="25"/>
          <w:szCs w:val="25"/>
          <w:lang w:val="nl-NL"/>
        </w:rPr>
        <w:t xml:space="preserve"> h</w:t>
      </w:r>
      <w:r w:rsidRPr="00FB7A9F">
        <w:rPr>
          <w:rFonts w:ascii="Times New Roman" w:hAnsi="Times New Roman" w:cs="Times New Roman"/>
          <w:sz w:val="25"/>
          <w:szCs w:val="25"/>
          <w:lang w:val="nl-NL"/>
        </w:rPr>
        <w:t>et even op</w:t>
      </w:r>
      <w:r w:rsidR="006B0966"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Genesis 3</w:t>
      </w:r>
      <w:r w:rsidR="00B63122" w:rsidRPr="00FB7A9F">
        <w:rPr>
          <w:rFonts w:ascii="Times New Roman" w:hAnsi="Times New Roman" w:cs="Times New Roman"/>
          <w:sz w:val="25"/>
          <w:szCs w:val="25"/>
          <w:lang w:val="nl-NL"/>
        </w:rPr>
        <w:t>:1.</w:t>
      </w:r>
      <w:r w:rsidR="006B0966" w:rsidRPr="00FB7A9F">
        <w:rPr>
          <w:rFonts w:ascii="Times New Roman" w:hAnsi="Times New Roman" w:cs="Times New Roman"/>
          <w:sz w:val="25"/>
          <w:szCs w:val="25"/>
          <w:lang w:val="nl-NL"/>
        </w:rPr>
        <w:t xml:space="preserve"> Laten we </w:t>
      </w:r>
      <w:r w:rsidRPr="00FB7A9F">
        <w:rPr>
          <w:rFonts w:ascii="Times New Roman" w:hAnsi="Times New Roman" w:cs="Times New Roman"/>
          <w:sz w:val="25"/>
          <w:szCs w:val="25"/>
          <w:lang w:val="nl-NL"/>
        </w:rPr>
        <w:t xml:space="preserve">daar beginnen. </w:t>
      </w:r>
    </w:p>
    <w:p w14:paraId="244A2200" w14:textId="331A335E" w:rsidR="00732FB8" w:rsidRPr="00FB7A9F" w:rsidRDefault="00732FB8" w:rsidP="00732FB8">
      <w:pPr>
        <w:pStyle w:val="Geenafstand"/>
        <w:rPr>
          <w:rFonts w:ascii="Times New Roman" w:hAnsi="Times New Roman" w:cs="Times New Roman"/>
          <w:sz w:val="25"/>
          <w:szCs w:val="25"/>
          <w:lang w:val="nl-NL" w:eastAsia="id-ID"/>
        </w:rPr>
      </w:pPr>
      <w:r w:rsidRPr="00FB7A9F">
        <w:rPr>
          <w:rFonts w:ascii="Times New Roman" w:hAnsi="Times New Roman" w:cs="Times New Roman"/>
          <w:sz w:val="25"/>
          <w:szCs w:val="25"/>
          <w:lang w:val="nl-NL"/>
        </w:rPr>
        <w:t>Genesis 3</w:t>
      </w:r>
      <w:r w:rsidR="00B63122" w:rsidRPr="00FB7A9F">
        <w:rPr>
          <w:rFonts w:ascii="Times New Roman" w:hAnsi="Times New Roman" w:cs="Times New Roman"/>
          <w:sz w:val="25"/>
          <w:szCs w:val="25"/>
          <w:lang w:val="nl-NL"/>
        </w:rPr>
        <w:t>:1, d</w:t>
      </w:r>
      <w:r w:rsidRPr="00FB7A9F">
        <w:rPr>
          <w:rFonts w:ascii="Times New Roman" w:hAnsi="Times New Roman" w:cs="Times New Roman"/>
          <w:sz w:val="25"/>
          <w:szCs w:val="25"/>
          <w:lang w:val="nl-NL"/>
        </w:rPr>
        <w:t xml:space="preserve">aar staat: </w:t>
      </w:r>
      <w:r w:rsidRPr="00FB7A9F">
        <w:rPr>
          <w:rFonts w:ascii="Times New Roman" w:hAnsi="Times New Roman" w:cs="Times New Roman"/>
          <w:i/>
          <w:iCs/>
          <w:sz w:val="25"/>
          <w:szCs w:val="25"/>
          <w:lang w:val="nl-NL" w:eastAsia="id-ID"/>
        </w:rPr>
        <w:t>De slang nu was listiger dan al het gedierte des velds, hetwelk de HEERE God gemaakt had; en zij zeide tot de vrouw: Is het ook dat God gezegd heeft: Gijlieden zult niet eten van allen boom dezes hofs</w:t>
      </w:r>
      <w:r w:rsidRPr="00FB7A9F">
        <w:rPr>
          <w:rFonts w:ascii="Times New Roman" w:hAnsi="Times New Roman" w:cs="Times New Roman"/>
          <w:sz w:val="25"/>
          <w:szCs w:val="25"/>
          <w:lang w:val="nl-NL" w:eastAsia="id-ID"/>
        </w:rPr>
        <w:t>?</w:t>
      </w:r>
    </w:p>
    <w:p w14:paraId="4B071831" w14:textId="77777777" w:rsidR="00732FB8" w:rsidRPr="00FB7A9F" w:rsidRDefault="00732FB8" w:rsidP="00732FB8">
      <w:pPr>
        <w:pStyle w:val="Geenafstand"/>
        <w:rPr>
          <w:rFonts w:ascii="Times New Roman" w:hAnsi="Times New Roman" w:cs="Times New Roman"/>
          <w:i/>
          <w:iCs/>
          <w:sz w:val="25"/>
          <w:szCs w:val="25"/>
          <w:lang w:val="nl-NL" w:eastAsia="id-ID"/>
        </w:rPr>
      </w:pPr>
    </w:p>
    <w:p w14:paraId="5190E3A1" w14:textId="77777777" w:rsidR="00EB122F" w:rsidRPr="00FB7A9F" w:rsidRDefault="00EB122F"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w:t>
      </w:r>
      <w:r w:rsidR="00732FB8" w:rsidRPr="00FB7A9F">
        <w:rPr>
          <w:rFonts w:ascii="Times New Roman" w:hAnsi="Times New Roman" w:cs="Times New Roman"/>
          <w:sz w:val="25"/>
          <w:szCs w:val="25"/>
          <w:lang w:val="nl-NL"/>
        </w:rPr>
        <w:t xml:space="preserve">Mag je (dat is eigenlijk de vraag van de duivel), mag je van God van geen </w:t>
      </w:r>
      <w:r w:rsidR="00732FB8" w:rsidRPr="00FB7A9F">
        <w:rPr>
          <w:rFonts w:ascii="Times New Roman" w:hAnsi="Times New Roman" w:cs="Times New Roman"/>
          <w:i/>
          <w:iCs/>
          <w:sz w:val="25"/>
          <w:szCs w:val="25"/>
          <w:lang w:val="nl-NL"/>
        </w:rPr>
        <w:t>enkele</w:t>
      </w:r>
      <w:r w:rsidR="00732FB8" w:rsidRPr="00FB7A9F">
        <w:rPr>
          <w:rFonts w:ascii="Times New Roman" w:hAnsi="Times New Roman" w:cs="Times New Roman"/>
          <w:sz w:val="25"/>
          <w:szCs w:val="25"/>
          <w:lang w:val="nl-NL"/>
        </w:rPr>
        <w:t xml:space="preserve"> boom eten? Je mag ook niks van God!</w:t>
      </w:r>
      <w:r w:rsidRPr="00FB7A9F">
        <w:rPr>
          <w:rFonts w:ascii="Times New Roman" w:hAnsi="Times New Roman" w:cs="Times New Roman"/>
          <w:sz w:val="25"/>
          <w:szCs w:val="25"/>
          <w:lang w:val="nl-NL"/>
        </w:rPr>
        <w:t>”</w:t>
      </w:r>
      <w:r w:rsidR="00732FB8" w:rsidRPr="00FB7A9F">
        <w:rPr>
          <w:rFonts w:ascii="Times New Roman" w:hAnsi="Times New Roman" w:cs="Times New Roman"/>
          <w:sz w:val="25"/>
          <w:szCs w:val="25"/>
          <w:lang w:val="nl-NL"/>
        </w:rPr>
        <w:br/>
        <w:t xml:space="preserve">Dat is het eerste wat de duivel ook tegen mij en tegen jullie kan zeggen. </w:t>
      </w:r>
      <w:r w:rsidRPr="00FB7A9F">
        <w:rPr>
          <w:rFonts w:ascii="Times New Roman" w:hAnsi="Times New Roman" w:cs="Times New Roman"/>
          <w:sz w:val="25"/>
          <w:szCs w:val="25"/>
          <w:lang w:val="nl-NL"/>
        </w:rPr>
        <w:t>“</w:t>
      </w:r>
      <w:r w:rsidR="00732FB8" w:rsidRPr="00FB7A9F">
        <w:rPr>
          <w:rFonts w:ascii="Times New Roman" w:hAnsi="Times New Roman" w:cs="Times New Roman"/>
          <w:sz w:val="25"/>
          <w:szCs w:val="25"/>
          <w:lang w:val="nl-NL"/>
        </w:rPr>
        <w:t>Mag je dit leuk</w:t>
      </w:r>
      <w:r w:rsidR="00D02C16" w:rsidRPr="00FB7A9F">
        <w:rPr>
          <w:rFonts w:ascii="Times New Roman" w:hAnsi="Times New Roman" w:cs="Times New Roman"/>
          <w:sz w:val="25"/>
          <w:szCs w:val="25"/>
          <w:lang w:val="nl-NL"/>
        </w:rPr>
        <w:t>e</w:t>
      </w:r>
      <w:r w:rsidR="00732FB8" w:rsidRPr="00FB7A9F">
        <w:rPr>
          <w:rFonts w:ascii="Times New Roman" w:hAnsi="Times New Roman" w:cs="Times New Roman"/>
          <w:sz w:val="25"/>
          <w:szCs w:val="25"/>
          <w:lang w:val="nl-NL"/>
        </w:rPr>
        <w:t xml:space="preserve"> ook al niet? Je mag </w:t>
      </w:r>
      <w:r w:rsidRPr="00FB7A9F">
        <w:rPr>
          <w:rFonts w:ascii="Times New Roman" w:hAnsi="Times New Roman" w:cs="Times New Roman"/>
          <w:sz w:val="25"/>
          <w:szCs w:val="25"/>
          <w:lang w:val="nl-NL"/>
        </w:rPr>
        <w:t xml:space="preserve">ook </w:t>
      </w:r>
      <w:r w:rsidR="00732FB8" w:rsidRPr="00FB7A9F">
        <w:rPr>
          <w:rFonts w:ascii="Times New Roman" w:hAnsi="Times New Roman" w:cs="Times New Roman"/>
          <w:sz w:val="25"/>
          <w:szCs w:val="25"/>
          <w:lang w:val="nl-NL"/>
        </w:rPr>
        <w:t>helemaal niks van God!</w:t>
      </w:r>
      <w:r w:rsidRPr="00FB7A9F">
        <w:rPr>
          <w:rFonts w:ascii="Times New Roman" w:hAnsi="Times New Roman" w:cs="Times New Roman"/>
          <w:sz w:val="25"/>
          <w:szCs w:val="25"/>
          <w:lang w:val="nl-NL"/>
        </w:rPr>
        <w:t>”</w:t>
      </w:r>
    </w:p>
    <w:p w14:paraId="6A37E07F" w14:textId="27DC82C1"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 </w:t>
      </w:r>
    </w:p>
    <w:p w14:paraId="7CAC5A06" w14:textId="63CD3449" w:rsidR="00732FB8" w:rsidRPr="00FB7A9F" w:rsidRDefault="00732FB8" w:rsidP="00732FB8">
      <w:pPr>
        <w:pStyle w:val="Geenafstand"/>
        <w:rPr>
          <w:rFonts w:ascii="Times New Roman" w:hAnsi="Times New Roman" w:cs="Times New Roman"/>
          <w:i/>
          <w:iCs/>
          <w:sz w:val="25"/>
          <w:szCs w:val="25"/>
          <w:lang w:val="nl-NL"/>
        </w:rPr>
      </w:pPr>
      <w:r w:rsidRPr="00FB7A9F">
        <w:rPr>
          <w:rFonts w:ascii="Times New Roman" w:hAnsi="Times New Roman" w:cs="Times New Roman"/>
          <w:sz w:val="25"/>
          <w:szCs w:val="25"/>
          <w:lang w:val="nl-NL"/>
        </w:rPr>
        <w:t>En dan vers 2</w:t>
      </w:r>
      <w:r w:rsidR="00EB122F" w:rsidRPr="00FB7A9F">
        <w:rPr>
          <w:rFonts w:ascii="Times New Roman" w:hAnsi="Times New Roman" w:cs="Times New Roman"/>
          <w:sz w:val="25"/>
          <w:szCs w:val="25"/>
          <w:lang w:val="nl-NL"/>
        </w:rPr>
        <w:t>, h</w:t>
      </w:r>
      <w:r w:rsidRPr="00FB7A9F">
        <w:rPr>
          <w:rFonts w:ascii="Times New Roman" w:hAnsi="Times New Roman" w:cs="Times New Roman"/>
          <w:sz w:val="25"/>
          <w:szCs w:val="25"/>
          <w:lang w:val="nl-NL"/>
        </w:rPr>
        <w:t xml:space="preserve">et antwoord van Eva. Ze zegt, nu even met eigen woorden gezegd: </w:t>
      </w:r>
      <w:r w:rsidR="00EB122F"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Natuurlijk</w:t>
      </w:r>
      <w:r w:rsidR="00D02C16"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we mogen eten van de bomen in het paradijs</w:t>
      </w:r>
      <w:r w:rsidR="001128E5" w:rsidRPr="00FB7A9F">
        <w:rPr>
          <w:rFonts w:ascii="Times New Roman" w:hAnsi="Times New Roman" w:cs="Times New Roman"/>
          <w:sz w:val="25"/>
          <w:szCs w:val="25"/>
          <w:lang w:val="nl-NL"/>
        </w:rPr>
        <w:t xml:space="preserve">”, maar </w:t>
      </w:r>
      <w:r w:rsidRPr="00FB7A9F">
        <w:rPr>
          <w:rFonts w:ascii="Times New Roman" w:hAnsi="Times New Roman" w:cs="Times New Roman"/>
          <w:sz w:val="25"/>
          <w:szCs w:val="25"/>
          <w:lang w:val="nl-NL"/>
        </w:rPr>
        <w:t xml:space="preserve">dan </w:t>
      </w:r>
      <w:r w:rsidR="001128E5"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vers 3</w:t>
      </w:r>
      <w:r w:rsidR="001128E5" w:rsidRPr="00FB7A9F">
        <w:rPr>
          <w:rFonts w:ascii="Times New Roman" w:hAnsi="Times New Roman" w:cs="Times New Roman"/>
          <w:sz w:val="25"/>
          <w:szCs w:val="25"/>
          <w:lang w:val="nl-NL"/>
        </w:rPr>
        <w:t>, h</w:t>
      </w:r>
      <w:r w:rsidRPr="00FB7A9F">
        <w:rPr>
          <w:rFonts w:ascii="Times New Roman" w:hAnsi="Times New Roman" w:cs="Times New Roman"/>
          <w:sz w:val="25"/>
          <w:szCs w:val="25"/>
          <w:lang w:val="nl-NL"/>
        </w:rPr>
        <w:t>eel goed lezen</w:t>
      </w:r>
      <w:r w:rsidR="001128E5" w:rsidRPr="00FB7A9F">
        <w:rPr>
          <w:rFonts w:ascii="Times New Roman" w:hAnsi="Times New Roman" w:cs="Times New Roman"/>
          <w:sz w:val="25"/>
          <w:szCs w:val="25"/>
          <w:lang w:val="nl-NL"/>
        </w:rPr>
        <w:t xml:space="preserve">): </w:t>
      </w:r>
      <w:r w:rsidRPr="00FB7A9F">
        <w:rPr>
          <w:rFonts w:ascii="Times New Roman" w:hAnsi="Times New Roman" w:cs="Times New Roman"/>
          <w:i/>
          <w:iCs/>
          <w:sz w:val="25"/>
          <w:szCs w:val="25"/>
          <w:lang w:val="nl-NL"/>
        </w:rPr>
        <w:t>Maar van de vrucht van de boom die in het midden van de hof is, heeft God gezegd: Gij zult van die niet eten..</w:t>
      </w:r>
      <w:r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br/>
        <w:t xml:space="preserve">Dat klopt, Eva! </w:t>
      </w:r>
      <w:r w:rsidRPr="00FB7A9F">
        <w:rPr>
          <w:rFonts w:ascii="Times New Roman" w:hAnsi="Times New Roman" w:cs="Times New Roman"/>
          <w:sz w:val="25"/>
          <w:szCs w:val="25"/>
          <w:lang w:val="nl-NL"/>
        </w:rPr>
        <w:br/>
      </w:r>
      <w:r w:rsidRPr="00FB7A9F">
        <w:rPr>
          <w:rFonts w:ascii="Times New Roman" w:hAnsi="Times New Roman" w:cs="Times New Roman"/>
          <w:i/>
          <w:iCs/>
          <w:sz w:val="25"/>
          <w:szCs w:val="25"/>
          <w:lang w:val="nl-NL"/>
        </w:rPr>
        <w:t>Nog die aanroeren…</w:t>
      </w:r>
      <w:r w:rsidR="004B341F" w:rsidRPr="00FB7A9F">
        <w:rPr>
          <w:rFonts w:ascii="Times New Roman" w:hAnsi="Times New Roman" w:cs="Times New Roman"/>
          <w:i/>
          <w:iCs/>
          <w:sz w:val="25"/>
          <w:szCs w:val="25"/>
          <w:lang w:val="nl-NL"/>
        </w:rPr>
        <w:t>?</w:t>
      </w:r>
    </w:p>
    <w:p w14:paraId="7B069BFA" w14:textId="77777777" w:rsidR="00732FB8" w:rsidRPr="00FB7A9F" w:rsidRDefault="00732FB8" w:rsidP="00732FB8">
      <w:pPr>
        <w:pStyle w:val="Geenafstand"/>
        <w:rPr>
          <w:rFonts w:ascii="Times New Roman" w:hAnsi="Times New Roman" w:cs="Times New Roman"/>
          <w:sz w:val="25"/>
          <w:szCs w:val="25"/>
          <w:lang w:val="nl-NL"/>
        </w:rPr>
      </w:pPr>
    </w:p>
    <w:p w14:paraId="479AB324" w14:textId="4A7861FD"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Hè? Klopt dat? Heeft de Heere dat gezegd: </w:t>
      </w:r>
      <w:r w:rsidR="001128E5"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Eva, je mag die vrucht zelfs niet aanraken</w:t>
      </w:r>
      <w:r w:rsidR="001128E5"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br/>
        <w:t xml:space="preserve">Dat zegt ze! </w:t>
      </w:r>
      <w:r w:rsidRPr="00FB7A9F">
        <w:rPr>
          <w:rFonts w:ascii="Times New Roman" w:hAnsi="Times New Roman" w:cs="Times New Roman"/>
          <w:i/>
          <w:iCs/>
          <w:sz w:val="25"/>
          <w:szCs w:val="25"/>
          <w:lang w:val="nl-NL"/>
        </w:rPr>
        <w:t>No</w:t>
      </w:r>
      <w:r w:rsidR="00440E6B" w:rsidRPr="00FB7A9F">
        <w:rPr>
          <w:rFonts w:ascii="Times New Roman" w:hAnsi="Times New Roman" w:cs="Times New Roman"/>
          <w:i/>
          <w:iCs/>
          <w:sz w:val="25"/>
          <w:szCs w:val="25"/>
          <w:lang w:val="nl-NL"/>
        </w:rPr>
        <w:t>ch</w:t>
      </w:r>
      <w:r w:rsidRPr="00FB7A9F">
        <w:rPr>
          <w:rFonts w:ascii="Times New Roman" w:hAnsi="Times New Roman" w:cs="Times New Roman"/>
          <w:i/>
          <w:iCs/>
          <w:sz w:val="25"/>
          <w:szCs w:val="25"/>
          <w:lang w:val="nl-NL"/>
        </w:rPr>
        <w:t xml:space="preserve"> die aanroeren opdat </w:t>
      </w:r>
      <w:r w:rsidR="00440E6B" w:rsidRPr="00FB7A9F">
        <w:rPr>
          <w:rFonts w:ascii="Times New Roman" w:hAnsi="Times New Roman" w:cs="Times New Roman"/>
          <w:i/>
          <w:iCs/>
          <w:sz w:val="25"/>
          <w:szCs w:val="25"/>
          <w:lang w:val="nl-NL"/>
        </w:rPr>
        <w:t>u</w:t>
      </w:r>
      <w:r w:rsidRPr="00FB7A9F">
        <w:rPr>
          <w:rFonts w:ascii="Times New Roman" w:hAnsi="Times New Roman" w:cs="Times New Roman"/>
          <w:sz w:val="25"/>
          <w:szCs w:val="25"/>
          <w:lang w:val="nl-NL"/>
        </w:rPr>
        <w:t xml:space="preserve"> (zou de Heere gezegd hebben) </w:t>
      </w:r>
      <w:r w:rsidRPr="00FB7A9F">
        <w:rPr>
          <w:rFonts w:ascii="Times New Roman" w:hAnsi="Times New Roman" w:cs="Times New Roman"/>
          <w:i/>
          <w:iCs/>
          <w:sz w:val="25"/>
          <w:szCs w:val="25"/>
          <w:lang w:val="nl-NL"/>
        </w:rPr>
        <w:t>niet sterft.</w:t>
      </w:r>
      <w:r w:rsidRPr="00FB7A9F">
        <w:rPr>
          <w:rFonts w:ascii="Times New Roman" w:hAnsi="Times New Roman" w:cs="Times New Roman"/>
          <w:sz w:val="25"/>
          <w:szCs w:val="25"/>
          <w:lang w:val="nl-NL"/>
        </w:rPr>
        <w:br/>
        <w:t>Maar Eva, dat hééft God niet gezegd</w:t>
      </w:r>
      <w:r w:rsidR="00440E6B"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Nu wek je zelf </w:t>
      </w:r>
      <w:r w:rsidR="00440E6B" w:rsidRPr="00FB7A9F">
        <w:rPr>
          <w:rFonts w:ascii="Times New Roman" w:hAnsi="Times New Roman" w:cs="Times New Roman"/>
          <w:sz w:val="25"/>
          <w:szCs w:val="25"/>
          <w:lang w:val="nl-NL"/>
        </w:rPr>
        <w:t xml:space="preserve">ook </w:t>
      </w:r>
      <w:r w:rsidRPr="00FB7A9F">
        <w:rPr>
          <w:rFonts w:ascii="Times New Roman" w:hAnsi="Times New Roman" w:cs="Times New Roman"/>
          <w:sz w:val="25"/>
          <w:szCs w:val="25"/>
          <w:lang w:val="nl-NL"/>
        </w:rPr>
        <w:t xml:space="preserve">de indruk dat God onredelijk streng is. Als je zegt: </w:t>
      </w:r>
      <w:r w:rsidR="00440E6B"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Ik mag die vrucht van de Heere </w:t>
      </w:r>
      <w:r w:rsidRPr="00FB7A9F">
        <w:rPr>
          <w:rFonts w:ascii="Times New Roman" w:hAnsi="Times New Roman" w:cs="Times New Roman"/>
          <w:i/>
          <w:iCs/>
          <w:sz w:val="25"/>
          <w:szCs w:val="25"/>
          <w:lang w:val="nl-NL"/>
        </w:rPr>
        <w:t>zelfs</w:t>
      </w:r>
      <w:r w:rsidRPr="00FB7A9F">
        <w:rPr>
          <w:rFonts w:ascii="Times New Roman" w:hAnsi="Times New Roman" w:cs="Times New Roman"/>
          <w:sz w:val="25"/>
          <w:szCs w:val="25"/>
          <w:lang w:val="nl-NL"/>
        </w:rPr>
        <w:t xml:space="preserve"> niet aanraken</w:t>
      </w:r>
      <w:r w:rsidR="00440E6B" w:rsidRPr="00FB7A9F">
        <w:rPr>
          <w:rFonts w:ascii="Times New Roman" w:hAnsi="Times New Roman" w:cs="Times New Roman"/>
          <w:sz w:val="25"/>
          <w:szCs w:val="25"/>
          <w:lang w:val="nl-NL"/>
        </w:rPr>
        <w:t>!”</w:t>
      </w:r>
    </w:p>
    <w:p w14:paraId="14D74685" w14:textId="77777777" w:rsidR="00732FB8" w:rsidRPr="00FB7A9F" w:rsidRDefault="00732FB8" w:rsidP="00732FB8">
      <w:pPr>
        <w:pStyle w:val="Geenafstand"/>
        <w:rPr>
          <w:rFonts w:ascii="Times New Roman" w:hAnsi="Times New Roman" w:cs="Times New Roman"/>
          <w:sz w:val="25"/>
          <w:szCs w:val="25"/>
          <w:lang w:val="nl-NL"/>
        </w:rPr>
      </w:pPr>
    </w:p>
    <w:p w14:paraId="7790F2B5" w14:textId="77777777" w:rsidR="00440E6B"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Dus wat gaat Eva doen? Ze gaat lopen draaien met de woorden van God. En begint bij zichzelf ook ineens te denken dat God wel h</w:t>
      </w:r>
      <w:r w:rsidR="00440E6B" w:rsidRPr="00FB7A9F">
        <w:rPr>
          <w:rFonts w:ascii="Times New Roman" w:hAnsi="Times New Roman" w:cs="Times New Roman"/>
          <w:sz w:val="25"/>
          <w:szCs w:val="25"/>
          <w:lang w:val="nl-NL"/>
        </w:rPr>
        <w:t>éé</w:t>
      </w:r>
      <w:r w:rsidRPr="00FB7A9F">
        <w:rPr>
          <w:rFonts w:ascii="Times New Roman" w:hAnsi="Times New Roman" w:cs="Times New Roman"/>
          <w:sz w:val="25"/>
          <w:szCs w:val="25"/>
          <w:lang w:val="nl-NL"/>
        </w:rPr>
        <w:t xml:space="preserve">l erg streng is tegen haar. </w:t>
      </w:r>
      <w:r w:rsidR="00440E6B" w:rsidRPr="00FB7A9F">
        <w:rPr>
          <w:rFonts w:ascii="Times New Roman" w:hAnsi="Times New Roman" w:cs="Times New Roman"/>
          <w:sz w:val="25"/>
          <w:szCs w:val="25"/>
          <w:lang w:val="nl-NL"/>
        </w:rPr>
        <w:br/>
      </w:r>
      <w:r w:rsidRPr="00FB7A9F">
        <w:rPr>
          <w:rFonts w:ascii="Times New Roman" w:hAnsi="Times New Roman" w:cs="Times New Roman"/>
          <w:sz w:val="25"/>
          <w:szCs w:val="25"/>
          <w:lang w:val="nl-NL"/>
        </w:rPr>
        <w:t>En dus krijgt de duivel het gevoel dat hij beet heeft</w:t>
      </w:r>
      <w:r w:rsidR="00440E6B" w:rsidRPr="00FB7A9F">
        <w:rPr>
          <w:rFonts w:ascii="Times New Roman" w:hAnsi="Times New Roman" w:cs="Times New Roman"/>
          <w:sz w:val="25"/>
          <w:szCs w:val="25"/>
          <w:lang w:val="nl-NL"/>
        </w:rPr>
        <w:t>. E</w:t>
      </w:r>
      <w:r w:rsidRPr="00FB7A9F">
        <w:rPr>
          <w:rFonts w:ascii="Times New Roman" w:hAnsi="Times New Roman" w:cs="Times New Roman"/>
          <w:sz w:val="25"/>
          <w:szCs w:val="25"/>
          <w:lang w:val="nl-NL"/>
        </w:rPr>
        <w:t xml:space="preserve">n dus zegt hij in </w:t>
      </w:r>
    </w:p>
    <w:p w14:paraId="21B91903" w14:textId="4ABAAC1D"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vers 4: </w:t>
      </w:r>
      <w:r w:rsidR="00440E6B"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Dat is echt niet waar, hoor. U zult de dood niet sterven. Maar u zult als God zijn.</w:t>
      </w:r>
      <w:r w:rsidR="00440E6B"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t>
      </w:r>
    </w:p>
    <w:p w14:paraId="2C14B2D0" w14:textId="3EF86FA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lastRenderedPageBreak/>
        <w:t>En dat</w:t>
      </w:r>
      <w:r w:rsidR="00323F60"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jongelui, dat</w:t>
      </w:r>
      <w:r w:rsidR="00323F60"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t xml:space="preserve">gemeente, </w:t>
      </w:r>
      <w:r w:rsidRPr="00FB7A9F">
        <w:rPr>
          <w:rFonts w:ascii="Times New Roman" w:hAnsi="Times New Roman" w:cs="Times New Roman"/>
          <w:i/>
          <w:iCs/>
          <w:sz w:val="25"/>
          <w:szCs w:val="25"/>
          <w:lang w:val="nl-NL"/>
        </w:rPr>
        <w:t>dat</w:t>
      </w:r>
      <w:r w:rsidRPr="00FB7A9F">
        <w:rPr>
          <w:rFonts w:ascii="Times New Roman" w:hAnsi="Times New Roman" w:cs="Times New Roman"/>
          <w:sz w:val="25"/>
          <w:szCs w:val="25"/>
          <w:lang w:val="nl-NL"/>
        </w:rPr>
        <w:t xml:space="preserve"> is wat de duivel ook bij mij en bij jullie en ons kan doen. Hij wekt stiekem in ons hart, in onze gedachten de indruk dat God onredelijk streng is. En fluistert ons vervolgens in: </w:t>
      </w:r>
      <w:r w:rsidR="00323F60"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Je kan het best doen, hoor. Doe het maar.</w:t>
      </w:r>
      <w:r w:rsidR="00323F60" w:rsidRPr="00FB7A9F">
        <w:rPr>
          <w:rFonts w:ascii="Times New Roman" w:hAnsi="Times New Roman" w:cs="Times New Roman"/>
          <w:sz w:val="25"/>
          <w:szCs w:val="25"/>
          <w:lang w:val="nl-NL"/>
        </w:rPr>
        <w:t>”</w:t>
      </w:r>
    </w:p>
    <w:p w14:paraId="69BBAE5B" w14:textId="77777777" w:rsidR="00323F60" w:rsidRPr="00FB7A9F" w:rsidRDefault="00323F60" w:rsidP="00732FB8">
      <w:pPr>
        <w:pStyle w:val="Geenafstand"/>
        <w:rPr>
          <w:rFonts w:ascii="Times New Roman" w:hAnsi="Times New Roman" w:cs="Times New Roman"/>
          <w:sz w:val="25"/>
          <w:szCs w:val="25"/>
          <w:lang w:val="nl-NL"/>
        </w:rPr>
      </w:pPr>
    </w:p>
    <w:p w14:paraId="6897929B" w14:textId="77777777" w:rsidR="00323F60"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Ja, en dan raakt alles in een stroomversnelling. Kijk maar. </w:t>
      </w:r>
      <w:r w:rsidR="00323F60" w:rsidRPr="00FB7A9F">
        <w:rPr>
          <w:rFonts w:ascii="Times New Roman" w:hAnsi="Times New Roman" w:cs="Times New Roman"/>
          <w:sz w:val="25"/>
          <w:szCs w:val="25"/>
          <w:lang w:val="nl-NL"/>
        </w:rPr>
        <w:br/>
      </w:r>
      <w:r w:rsidRPr="00FB7A9F">
        <w:rPr>
          <w:rFonts w:ascii="Times New Roman" w:hAnsi="Times New Roman" w:cs="Times New Roman"/>
          <w:sz w:val="25"/>
          <w:szCs w:val="25"/>
          <w:lang w:val="nl-NL"/>
        </w:rPr>
        <w:t xml:space="preserve">Eva </w:t>
      </w:r>
      <w:r w:rsidRPr="00FB7A9F">
        <w:rPr>
          <w:rFonts w:ascii="Times New Roman" w:hAnsi="Times New Roman" w:cs="Times New Roman"/>
          <w:i/>
          <w:iCs/>
          <w:sz w:val="25"/>
          <w:szCs w:val="25"/>
          <w:lang w:val="nl-NL"/>
        </w:rPr>
        <w:t>zag</w:t>
      </w:r>
      <w:r w:rsidRPr="00FB7A9F">
        <w:rPr>
          <w:rFonts w:ascii="Times New Roman" w:hAnsi="Times New Roman" w:cs="Times New Roman"/>
          <w:sz w:val="25"/>
          <w:szCs w:val="25"/>
          <w:lang w:val="nl-NL"/>
        </w:rPr>
        <w:t xml:space="preserve"> die boom. Dat is nog steeds zo. Zonde begint meestal met kijken. Dus pas op mensen waar je naar kijkt. </w:t>
      </w:r>
    </w:p>
    <w:p w14:paraId="4A697601" w14:textId="77777777" w:rsidR="00323F60"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Ze </w:t>
      </w:r>
      <w:r w:rsidRPr="00FB7A9F">
        <w:rPr>
          <w:rFonts w:ascii="Times New Roman" w:hAnsi="Times New Roman" w:cs="Times New Roman"/>
          <w:i/>
          <w:iCs/>
          <w:sz w:val="25"/>
          <w:szCs w:val="25"/>
          <w:lang w:val="nl-NL"/>
        </w:rPr>
        <w:t>zag</w:t>
      </w:r>
      <w:r w:rsidRPr="00FB7A9F">
        <w:rPr>
          <w:rFonts w:ascii="Times New Roman" w:hAnsi="Times New Roman" w:cs="Times New Roman"/>
          <w:sz w:val="25"/>
          <w:szCs w:val="25"/>
          <w:lang w:val="nl-NL"/>
        </w:rPr>
        <w:t xml:space="preserve"> die boom. En dan blijkt dat die boom een </w:t>
      </w:r>
      <w:r w:rsidRPr="00FB7A9F">
        <w:rPr>
          <w:rFonts w:ascii="Times New Roman" w:hAnsi="Times New Roman" w:cs="Times New Roman"/>
          <w:i/>
          <w:iCs/>
          <w:sz w:val="25"/>
          <w:szCs w:val="25"/>
          <w:lang w:val="nl-NL"/>
        </w:rPr>
        <w:t>lust</w:t>
      </w:r>
      <w:r w:rsidRPr="00FB7A9F">
        <w:rPr>
          <w:rFonts w:ascii="Times New Roman" w:hAnsi="Times New Roman" w:cs="Times New Roman"/>
          <w:sz w:val="25"/>
          <w:szCs w:val="25"/>
          <w:lang w:val="nl-NL"/>
        </w:rPr>
        <w:t xml:space="preserve"> is voor haar ogen. Het zet de begeerte in haar hart in vlam. En ze eet, en ze geeft de vrucht ervan ook aan haar man Adam.</w:t>
      </w:r>
    </w:p>
    <w:p w14:paraId="311CAB82" w14:textId="19E03BF9"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 </w:t>
      </w:r>
    </w:p>
    <w:p w14:paraId="0D64CD6F" w14:textId="4663F702"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Dus als ik het even met eigen woorden samenvat: Wat doet de eerste Adam? En wat doen wij allemaal net als hij? </w:t>
      </w:r>
      <w:r w:rsidRPr="00FB7A9F">
        <w:rPr>
          <w:rFonts w:ascii="Times New Roman" w:hAnsi="Times New Roman" w:cs="Times New Roman"/>
          <w:sz w:val="25"/>
          <w:szCs w:val="25"/>
          <w:lang w:val="nl-NL"/>
        </w:rPr>
        <w:br/>
        <w:t xml:space="preserve">Luisteren naar het bedrog van de duivel. Erin meegaan. God wantrouwen. Twijfelen aan wat de Heere zegt. </w:t>
      </w:r>
      <w:r w:rsidR="00323F60" w:rsidRPr="00FB7A9F">
        <w:rPr>
          <w:rFonts w:ascii="Times New Roman" w:hAnsi="Times New Roman" w:cs="Times New Roman"/>
          <w:sz w:val="25"/>
          <w:szCs w:val="25"/>
          <w:lang w:val="nl-NL"/>
        </w:rPr>
        <w:br/>
        <w:t>E</w:t>
      </w:r>
      <w:r w:rsidRPr="00FB7A9F">
        <w:rPr>
          <w:rFonts w:ascii="Times New Roman" w:hAnsi="Times New Roman" w:cs="Times New Roman"/>
          <w:sz w:val="25"/>
          <w:szCs w:val="25"/>
          <w:lang w:val="nl-NL"/>
        </w:rPr>
        <w:t>n dan raakt het in een</w:t>
      </w:r>
      <w:r w:rsidR="00323F60"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t xml:space="preserve">stroomversnelling. Dan kijken, begeren, doen en vallen. Over en uit. </w:t>
      </w:r>
    </w:p>
    <w:p w14:paraId="6F29D611"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Dat is het drama, gemeente, waar de Bijbel mee begint. En dat is tegelijkertijd ook de werkelijkheid van ons leven. </w:t>
      </w:r>
    </w:p>
    <w:p w14:paraId="3306339A" w14:textId="77777777" w:rsidR="00732FB8" w:rsidRPr="00FB7A9F" w:rsidRDefault="00732FB8" w:rsidP="00732FB8">
      <w:pPr>
        <w:pStyle w:val="Geenafstand"/>
        <w:rPr>
          <w:rFonts w:ascii="Times New Roman" w:hAnsi="Times New Roman" w:cs="Times New Roman"/>
          <w:sz w:val="25"/>
          <w:szCs w:val="25"/>
          <w:lang w:val="nl-NL"/>
        </w:rPr>
      </w:pPr>
    </w:p>
    <w:p w14:paraId="0FF6644E" w14:textId="3115DBF3"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Maar gelukkig</w:t>
      </w:r>
      <w:r w:rsidR="003F6FEB"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hier eindigt het niet mee. Want na deze </w:t>
      </w:r>
      <w:r w:rsidRPr="00FB7A9F">
        <w:rPr>
          <w:rFonts w:ascii="Times New Roman" w:hAnsi="Times New Roman" w:cs="Times New Roman"/>
          <w:i/>
          <w:iCs/>
          <w:sz w:val="25"/>
          <w:szCs w:val="25"/>
          <w:lang w:val="nl-NL"/>
        </w:rPr>
        <w:t>eerste Adam</w:t>
      </w:r>
      <w:r w:rsidRPr="00FB7A9F">
        <w:rPr>
          <w:rFonts w:ascii="Times New Roman" w:hAnsi="Times New Roman" w:cs="Times New Roman"/>
          <w:sz w:val="25"/>
          <w:szCs w:val="25"/>
          <w:lang w:val="nl-NL"/>
        </w:rPr>
        <w:t xml:space="preserve"> kwam op Gods tijd, door Gods onbegrijpelijke goedheid en genade</w:t>
      </w:r>
      <w:r w:rsidR="00C165C8"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t xml:space="preserve">(zoals Paulus Hem noemt in 1 Korinthe 15): de </w:t>
      </w:r>
      <w:r w:rsidRPr="00FB7A9F">
        <w:rPr>
          <w:rFonts w:ascii="Times New Roman" w:hAnsi="Times New Roman" w:cs="Times New Roman"/>
          <w:i/>
          <w:iCs/>
          <w:sz w:val="25"/>
          <w:szCs w:val="25"/>
          <w:lang w:val="nl-NL"/>
        </w:rPr>
        <w:t>laatste Adam</w:t>
      </w:r>
      <w:r w:rsidR="003F6FEB" w:rsidRPr="00FB7A9F">
        <w:rPr>
          <w:rFonts w:ascii="Times New Roman" w:hAnsi="Times New Roman" w:cs="Times New Roman"/>
          <w:i/>
          <w:iCs/>
          <w:sz w:val="25"/>
          <w:szCs w:val="25"/>
          <w:lang w:val="nl-NL"/>
        </w:rPr>
        <w:t xml:space="preserve">. </w:t>
      </w:r>
      <w:r w:rsidR="003F6FEB" w:rsidRPr="00FB7A9F">
        <w:rPr>
          <w:rFonts w:ascii="Times New Roman" w:hAnsi="Times New Roman" w:cs="Times New Roman"/>
          <w:i/>
          <w:iCs/>
          <w:sz w:val="25"/>
          <w:szCs w:val="25"/>
          <w:lang w:val="nl-NL"/>
        </w:rPr>
        <w:br/>
      </w:r>
      <w:r w:rsidR="003F6FEB" w:rsidRPr="00FB7A9F">
        <w:rPr>
          <w:rFonts w:ascii="Times New Roman" w:hAnsi="Times New Roman" w:cs="Times New Roman"/>
          <w:sz w:val="25"/>
          <w:szCs w:val="25"/>
          <w:lang w:val="nl-NL"/>
        </w:rPr>
        <w:t>D</w:t>
      </w:r>
      <w:r w:rsidRPr="00FB7A9F">
        <w:rPr>
          <w:rFonts w:ascii="Times New Roman" w:hAnsi="Times New Roman" w:cs="Times New Roman"/>
          <w:sz w:val="25"/>
          <w:szCs w:val="25"/>
          <w:lang w:val="nl-NL"/>
        </w:rPr>
        <w:t>e Heere Jezus Christus</w:t>
      </w:r>
      <w:r w:rsidR="003F6FEB"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t xml:space="preserve">Die nooit heeft getwijfeld aan Gods woorden. Die de hemelse Vader nooit gewantrouwd heeft. En Die nooit het gebod van God wilde overtreden. Die nooit zondig keek. Die nooit </w:t>
      </w:r>
      <w:r w:rsidR="006F3C56" w:rsidRPr="00FB7A9F">
        <w:rPr>
          <w:rFonts w:ascii="Times New Roman" w:hAnsi="Times New Roman" w:cs="Times New Roman"/>
          <w:sz w:val="25"/>
          <w:szCs w:val="25"/>
          <w:lang w:val="nl-NL"/>
        </w:rPr>
        <w:t xml:space="preserve">zondig </w:t>
      </w:r>
      <w:r w:rsidRPr="00FB7A9F">
        <w:rPr>
          <w:rFonts w:ascii="Times New Roman" w:hAnsi="Times New Roman" w:cs="Times New Roman"/>
          <w:sz w:val="25"/>
          <w:szCs w:val="25"/>
          <w:lang w:val="nl-NL"/>
        </w:rPr>
        <w:t xml:space="preserve">begeerde. Die nooit zonde deed en Die nooit in de zonde viel. </w:t>
      </w:r>
    </w:p>
    <w:p w14:paraId="7A72B124" w14:textId="77777777" w:rsidR="00732FB8" w:rsidRPr="00FB7A9F" w:rsidRDefault="00732FB8" w:rsidP="00732FB8">
      <w:pPr>
        <w:pStyle w:val="Geenafstand"/>
        <w:rPr>
          <w:rFonts w:ascii="Times New Roman" w:hAnsi="Times New Roman" w:cs="Times New Roman"/>
          <w:sz w:val="25"/>
          <w:szCs w:val="25"/>
          <w:lang w:val="nl-NL"/>
        </w:rPr>
      </w:pPr>
    </w:p>
    <w:p w14:paraId="184C4283" w14:textId="77777777" w:rsidR="003F6FEB"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Je denkt bij jezelf: </w:t>
      </w:r>
      <w:r w:rsidR="003F6FEB"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Kunnen we dan niet beter die eerste Adam gewoon maar vergeten? En het vanaf nu alleen maar hebben over die laatste Adam? Over de Heere Jezus Christus?</w:t>
      </w:r>
      <w:r w:rsidR="003F6FEB"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t>
      </w:r>
    </w:p>
    <w:p w14:paraId="1D02A3BF" w14:textId="26154030" w:rsidR="00732FB8" w:rsidRPr="00FB7A9F" w:rsidRDefault="00732FB8" w:rsidP="00732FB8">
      <w:pPr>
        <w:pStyle w:val="Geenafstand"/>
        <w:rPr>
          <w:rFonts w:ascii="Times New Roman" w:hAnsi="Times New Roman" w:cs="Times New Roman"/>
          <w:sz w:val="25"/>
          <w:szCs w:val="25"/>
          <w:lang w:val="nl-NL"/>
        </w:rPr>
      </w:pPr>
      <w:r w:rsidRPr="00EF2137">
        <w:rPr>
          <w:rFonts w:ascii="Times New Roman" w:hAnsi="Times New Roman" w:cs="Times New Roman"/>
          <w:sz w:val="25"/>
          <w:szCs w:val="25"/>
          <w:lang w:val="nl-NL"/>
        </w:rPr>
        <w:t>Nee! Nee, want misschien ken je die uitdrukking wel en anders ken je hem nu: Adam</w:t>
      </w:r>
      <w:r w:rsidRPr="00FB7A9F">
        <w:rPr>
          <w:rFonts w:ascii="Times New Roman" w:hAnsi="Times New Roman" w:cs="Times New Roman"/>
          <w:sz w:val="25"/>
          <w:szCs w:val="25"/>
          <w:lang w:val="nl-NL"/>
        </w:rPr>
        <w:t xml:space="preserve"> nooit geleerd (hoe dan ook), </w:t>
      </w:r>
      <w:r w:rsidRPr="00FB7A9F">
        <w:rPr>
          <w:rFonts w:ascii="Times New Roman" w:hAnsi="Times New Roman" w:cs="Times New Roman"/>
          <w:i/>
          <w:iCs/>
          <w:sz w:val="25"/>
          <w:szCs w:val="25"/>
          <w:lang w:val="nl-NL"/>
        </w:rPr>
        <w:t>Adam nooit geleerd, is Christus nooit begeerd.</w:t>
      </w:r>
      <w:r w:rsidRPr="00FB7A9F">
        <w:rPr>
          <w:rFonts w:ascii="Times New Roman" w:hAnsi="Times New Roman" w:cs="Times New Roman"/>
          <w:sz w:val="25"/>
          <w:szCs w:val="25"/>
          <w:lang w:val="nl-NL"/>
        </w:rPr>
        <w:t xml:space="preserve"> </w:t>
      </w:r>
    </w:p>
    <w:p w14:paraId="09509EFF"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br/>
        <w:t xml:space="preserve">Als je je kwaal, je dodelijke kwaal niet kent, dan is er ook geen genezing. Dan komt er (als het hierover gaat) ook nooit verlangen in je hart naar de Zaligmaker. En dat wil de Heere nu juist opwekken in de harten van zondaars: verlangen om terug te gaan naar God. </w:t>
      </w:r>
    </w:p>
    <w:p w14:paraId="74F0507C" w14:textId="72E72071"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Denk maar aan de verloren zoon. Door ons </w:t>
      </w:r>
      <w:r w:rsidR="005E2FFD" w:rsidRPr="00FB7A9F">
        <w:rPr>
          <w:rFonts w:ascii="Times New Roman" w:hAnsi="Times New Roman" w:cs="Times New Roman"/>
          <w:sz w:val="25"/>
          <w:szCs w:val="25"/>
          <w:lang w:val="nl-NL"/>
        </w:rPr>
        <w:t xml:space="preserve">de eerste </w:t>
      </w:r>
      <w:r w:rsidRPr="00FB7A9F">
        <w:rPr>
          <w:rFonts w:ascii="Times New Roman" w:hAnsi="Times New Roman" w:cs="Times New Roman"/>
          <w:sz w:val="25"/>
          <w:szCs w:val="25"/>
          <w:lang w:val="nl-NL"/>
        </w:rPr>
        <w:t xml:space="preserve">Adam eerlijk voor ogen uit te beelden, wil de Heilige Geest ons laten zien wat er van ons terechtgekomen is. Ooit levend met God, maar nu van nature vervreemd van God en eindeloos ver bij Hem vandaan. </w:t>
      </w:r>
      <w:r w:rsidRPr="00FB7A9F">
        <w:rPr>
          <w:rFonts w:ascii="Times New Roman" w:hAnsi="Times New Roman" w:cs="Times New Roman"/>
          <w:sz w:val="25"/>
          <w:szCs w:val="25"/>
          <w:lang w:val="nl-NL"/>
        </w:rPr>
        <w:br/>
      </w:r>
      <w:r w:rsidR="00D07D7C">
        <w:rPr>
          <w:rFonts w:ascii="Times New Roman" w:hAnsi="Times New Roman" w:cs="Times New Roman"/>
          <w:sz w:val="25"/>
          <w:szCs w:val="25"/>
          <w:lang w:val="nl-NL"/>
        </w:rPr>
        <w:t>Waaro</w:t>
      </w:r>
      <w:r w:rsidRPr="00FB7A9F">
        <w:rPr>
          <w:rFonts w:ascii="Times New Roman" w:hAnsi="Times New Roman" w:cs="Times New Roman"/>
          <w:sz w:val="25"/>
          <w:szCs w:val="25"/>
          <w:lang w:val="nl-NL"/>
        </w:rPr>
        <w:t xml:space="preserve">m? Waarom wil de Heere </w:t>
      </w:r>
      <w:r w:rsidR="008D6F4F">
        <w:rPr>
          <w:rFonts w:ascii="Times New Roman" w:hAnsi="Times New Roman" w:cs="Times New Roman"/>
          <w:sz w:val="25"/>
          <w:szCs w:val="25"/>
          <w:lang w:val="nl-NL"/>
        </w:rPr>
        <w:t xml:space="preserve">je </w:t>
      </w:r>
      <w:r w:rsidRPr="00FB7A9F">
        <w:rPr>
          <w:rFonts w:ascii="Times New Roman" w:hAnsi="Times New Roman" w:cs="Times New Roman"/>
          <w:sz w:val="25"/>
          <w:szCs w:val="25"/>
          <w:lang w:val="nl-NL"/>
        </w:rPr>
        <w:t>dat zo helder onder ogen brengen? Om je te redden. Om je te redden van een nog veel grotere en dreigende ondergang. En dus, om je op je knieën te brengen bij de gekruisigde Zaligmaker</w:t>
      </w:r>
      <w:r w:rsidR="008D6F4F">
        <w:rPr>
          <w:rFonts w:ascii="Times New Roman" w:hAnsi="Times New Roman" w:cs="Times New Roman"/>
          <w:sz w:val="25"/>
          <w:szCs w:val="25"/>
          <w:lang w:val="nl-NL"/>
        </w:rPr>
        <w:t>: d</w:t>
      </w:r>
      <w:r w:rsidRPr="00FB7A9F">
        <w:rPr>
          <w:rFonts w:ascii="Times New Roman" w:hAnsi="Times New Roman" w:cs="Times New Roman"/>
          <w:sz w:val="25"/>
          <w:szCs w:val="25"/>
          <w:lang w:val="nl-NL"/>
        </w:rPr>
        <w:t xml:space="preserve">e tweede, de laatste Adam. Die echt de enige hoop is voor verloren zondaars. </w:t>
      </w:r>
    </w:p>
    <w:p w14:paraId="0FABEE2D" w14:textId="00BB3D81"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lastRenderedPageBreak/>
        <w:t>Het gaat van</w:t>
      </w:r>
      <w:r w:rsidR="0042206B">
        <w:rPr>
          <w:rFonts w:ascii="Times New Roman" w:hAnsi="Times New Roman" w:cs="Times New Roman"/>
          <w:sz w:val="25"/>
          <w:szCs w:val="25"/>
          <w:lang w:val="nl-NL"/>
        </w:rPr>
        <w:t>middag</w:t>
      </w:r>
      <w:r w:rsidRPr="00FB7A9F">
        <w:rPr>
          <w:rFonts w:ascii="Times New Roman" w:hAnsi="Times New Roman" w:cs="Times New Roman"/>
          <w:sz w:val="25"/>
          <w:szCs w:val="25"/>
          <w:lang w:val="nl-NL"/>
        </w:rPr>
        <w:t xml:space="preserve">, gemeente, over Zondag 3. Ik stel voor dat we samen met elkaar die </w:t>
      </w:r>
      <w:r w:rsidR="00F569D0" w:rsidRPr="00FB7A9F">
        <w:rPr>
          <w:rFonts w:ascii="Times New Roman" w:hAnsi="Times New Roman" w:cs="Times New Roman"/>
          <w:sz w:val="25"/>
          <w:szCs w:val="25"/>
          <w:lang w:val="nl-NL"/>
        </w:rPr>
        <w:t>Z</w:t>
      </w:r>
      <w:r w:rsidRPr="00FB7A9F">
        <w:rPr>
          <w:rFonts w:ascii="Times New Roman" w:hAnsi="Times New Roman" w:cs="Times New Roman"/>
          <w:sz w:val="25"/>
          <w:szCs w:val="25"/>
          <w:lang w:val="nl-NL"/>
        </w:rPr>
        <w:t xml:space="preserve">ondag met de vragen en antwoorden 6, 7 en 8 nu eerst gaan lezen. </w:t>
      </w:r>
    </w:p>
    <w:p w14:paraId="51DCE50D" w14:textId="77777777" w:rsidR="00732FB8" w:rsidRPr="00FB7A9F" w:rsidRDefault="00732FB8" w:rsidP="00732FB8">
      <w:pPr>
        <w:pStyle w:val="Geenafstand"/>
        <w:rPr>
          <w:rFonts w:ascii="Times New Roman" w:hAnsi="Times New Roman" w:cs="Times New Roman"/>
          <w:sz w:val="25"/>
          <w:szCs w:val="25"/>
          <w:lang w:val="nl-NL"/>
        </w:rPr>
      </w:pPr>
    </w:p>
    <w:p w14:paraId="224C001D"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b/>
          <w:bCs/>
          <w:sz w:val="25"/>
          <w:szCs w:val="25"/>
          <w:lang w:val="nl-NL"/>
        </w:rPr>
        <w:t xml:space="preserve">Vraag 6. Heeft dan God de mens al zo boos en verkeerd geschapen? </w:t>
      </w:r>
      <w:r w:rsidRPr="00FB7A9F">
        <w:rPr>
          <w:rFonts w:ascii="Times New Roman" w:hAnsi="Times New Roman" w:cs="Times New Roman"/>
          <w:b/>
          <w:bCs/>
          <w:sz w:val="25"/>
          <w:szCs w:val="25"/>
          <w:lang w:val="nl-NL"/>
        </w:rPr>
        <w:br/>
      </w:r>
      <w:r w:rsidRPr="00FB7A9F">
        <w:rPr>
          <w:rFonts w:ascii="Times New Roman" w:hAnsi="Times New Roman" w:cs="Times New Roman"/>
          <w:sz w:val="25"/>
          <w:szCs w:val="25"/>
          <w:lang w:val="nl-NL"/>
        </w:rPr>
        <w:t xml:space="preserve">   (Wat een wantrouwen in ons hart! Heeft God het misschien gedaan?)</w:t>
      </w:r>
      <w:r w:rsidRPr="00FB7A9F">
        <w:rPr>
          <w:rFonts w:ascii="Times New Roman" w:hAnsi="Times New Roman" w:cs="Times New Roman"/>
          <w:sz w:val="25"/>
          <w:szCs w:val="25"/>
          <w:lang w:val="nl-NL"/>
        </w:rPr>
        <w:br/>
      </w:r>
      <w:r w:rsidRPr="00FB7A9F">
        <w:rPr>
          <w:rFonts w:ascii="Times New Roman" w:hAnsi="Times New Roman" w:cs="Times New Roman"/>
          <w:i/>
          <w:iCs/>
          <w:sz w:val="25"/>
          <w:szCs w:val="25"/>
          <w:lang w:val="nl-NL"/>
        </w:rPr>
        <w:t>Antwoord: Neen Hij; maar God heeft den mens goed en naar Zijn evenbeeld geschapen, dat is in ware gerechtigheid en heiligheid, opdat hij God zijn Schepper recht kennen, Hem van harte liefhebben en met Hem in de eeuwige zaligheid leven zou, om Hem te loven en te prijzen.</w:t>
      </w:r>
      <w:r w:rsidRPr="00FB7A9F">
        <w:rPr>
          <w:rFonts w:ascii="Times New Roman" w:hAnsi="Times New Roman" w:cs="Times New Roman"/>
          <w:i/>
          <w:iCs/>
          <w:sz w:val="25"/>
          <w:szCs w:val="25"/>
          <w:lang w:val="nl-NL"/>
        </w:rPr>
        <w:br/>
      </w:r>
      <w:r w:rsidRPr="00FB7A9F">
        <w:rPr>
          <w:rFonts w:ascii="Times New Roman" w:hAnsi="Times New Roman" w:cs="Times New Roman"/>
          <w:sz w:val="25"/>
          <w:szCs w:val="25"/>
          <w:lang w:val="nl-NL"/>
        </w:rPr>
        <w:t xml:space="preserve">   Dus dit antwoord zegt: We zijn goed geschapen. </w:t>
      </w:r>
    </w:p>
    <w:p w14:paraId="564183C8" w14:textId="77777777" w:rsidR="00886F0D" w:rsidRPr="00FB7A9F" w:rsidRDefault="00886F0D" w:rsidP="00732FB8">
      <w:pPr>
        <w:pStyle w:val="Geenafstand"/>
        <w:rPr>
          <w:rFonts w:ascii="Times New Roman" w:hAnsi="Times New Roman" w:cs="Times New Roman"/>
          <w:b/>
          <w:bCs/>
          <w:sz w:val="25"/>
          <w:szCs w:val="25"/>
          <w:lang w:val="nl-NL"/>
        </w:rPr>
      </w:pPr>
    </w:p>
    <w:p w14:paraId="017C0339" w14:textId="26B3AEB1"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b/>
          <w:bCs/>
          <w:sz w:val="25"/>
          <w:szCs w:val="25"/>
          <w:lang w:val="nl-NL"/>
        </w:rPr>
        <w:t xml:space="preserve">Vraag 7. Van waar komt dan zulke verdorven aard des mensen? </w:t>
      </w:r>
      <w:r w:rsidRPr="00FB7A9F">
        <w:rPr>
          <w:rFonts w:ascii="Times New Roman" w:hAnsi="Times New Roman" w:cs="Times New Roman"/>
          <w:b/>
          <w:bCs/>
          <w:sz w:val="25"/>
          <w:szCs w:val="25"/>
          <w:lang w:val="nl-NL"/>
        </w:rPr>
        <w:br/>
      </w:r>
      <w:r w:rsidRPr="00FB7A9F">
        <w:rPr>
          <w:rFonts w:ascii="Times New Roman" w:hAnsi="Times New Roman" w:cs="Times New Roman"/>
          <w:sz w:val="25"/>
          <w:szCs w:val="25"/>
          <w:lang w:val="nl-NL"/>
        </w:rPr>
        <w:t xml:space="preserve">   (Verdorven, dat wil zeggen: slecht, stuk, door en door goddeloos, verloren. </w:t>
      </w:r>
      <w:r w:rsidRPr="00FB7A9F">
        <w:rPr>
          <w:rFonts w:ascii="Times New Roman" w:hAnsi="Times New Roman" w:cs="Times New Roman"/>
          <w:sz w:val="25"/>
          <w:szCs w:val="25"/>
          <w:lang w:val="nl-NL"/>
        </w:rPr>
        <w:br/>
        <w:t xml:space="preserve">    Waar komt dat vandaan?) </w:t>
      </w:r>
      <w:r w:rsidRPr="00FB7A9F">
        <w:rPr>
          <w:rFonts w:ascii="Times New Roman" w:hAnsi="Times New Roman" w:cs="Times New Roman"/>
          <w:sz w:val="25"/>
          <w:szCs w:val="25"/>
          <w:lang w:val="nl-NL"/>
        </w:rPr>
        <w:br/>
        <w:t>Antwoord</w:t>
      </w:r>
      <w:r w:rsidRPr="00FB7A9F">
        <w:rPr>
          <w:rFonts w:ascii="Times New Roman" w:hAnsi="Times New Roman" w:cs="Times New Roman"/>
          <w:i/>
          <w:iCs/>
          <w:sz w:val="25"/>
          <w:szCs w:val="25"/>
          <w:lang w:val="nl-NL"/>
        </w:rPr>
        <w:t>: Uit den val en de ongehoorzaamheid onzer eerste voorouders, Adam en Eva, in het paradijs, waar onze natuur alzo is verdorven geworden, dat wij allen in zonden ontvangen en geboren worden.</w:t>
      </w:r>
      <w:r w:rsidRPr="00FB7A9F">
        <w:rPr>
          <w:rFonts w:ascii="Times New Roman" w:hAnsi="Times New Roman" w:cs="Times New Roman"/>
          <w:i/>
          <w:iCs/>
          <w:sz w:val="25"/>
          <w:szCs w:val="25"/>
          <w:lang w:val="nl-NL"/>
        </w:rPr>
        <w:br/>
      </w:r>
      <w:r w:rsidRPr="00FB7A9F">
        <w:rPr>
          <w:rFonts w:ascii="Times New Roman" w:hAnsi="Times New Roman" w:cs="Times New Roman"/>
          <w:sz w:val="25"/>
          <w:szCs w:val="25"/>
          <w:lang w:val="nl-NL"/>
        </w:rPr>
        <w:t xml:space="preserve">   Dus we zijn (als eerste) goed geschapen. </w:t>
      </w:r>
      <w:r w:rsidRPr="00FB7A9F">
        <w:rPr>
          <w:rFonts w:ascii="Times New Roman" w:hAnsi="Times New Roman" w:cs="Times New Roman"/>
          <w:sz w:val="25"/>
          <w:szCs w:val="25"/>
          <w:lang w:val="nl-NL"/>
        </w:rPr>
        <w:br/>
        <w:t xml:space="preserve">   Dit antwoord zegt (als tweede): We zijn diep gevallen. En dan:</w:t>
      </w:r>
    </w:p>
    <w:p w14:paraId="7CEAAB7F" w14:textId="77777777" w:rsidR="004B341F" w:rsidRPr="00FB7A9F" w:rsidRDefault="004B341F" w:rsidP="00732FB8">
      <w:pPr>
        <w:pStyle w:val="Geenafstand"/>
        <w:rPr>
          <w:rFonts w:ascii="Times New Roman" w:hAnsi="Times New Roman" w:cs="Times New Roman"/>
          <w:i/>
          <w:iCs/>
          <w:sz w:val="25"/>
          <w:szCs w:val="25"/>
          <w:lang w:val="nl-NL"/>
        </w:rPr>
      </w:pPr>
    </w:p>
    <w:p w14:paraId="0D94564F" w14:textId="798A0A59" w:rsidR="00732FB8" w:rsidRPr="00FB7A9F" w:rsidRDefault="00732FB8" w:rsidP="00732FB8">
      <w:pPr>
        <w:pStyle w:val="Geenafstand"/>
        <w:rPr>
          <w:rFonts w:ascii="Times New Roman" w:hAnsi="Times New Roman" w:cs="Times New Roman"/>
          <w:b/>
          <w:bCs/>
          <w:sz w:val="25"/>
          <w:szCs w:val="25"/>
          <w:lang w:val="nl-NL" w:eastAsia="id-ID"/>
        </w:rPr>
      </w:pPr>
      <w:r w:rsidRPr="00FB7A9F">
        <w:rPr>
          <w:rFonts w:ascii="Times New Roman" w:hAnsi="Times New Roman" w:cs="Times New Roman"/>
          <w:b/>
          <w:bCs/>
          <w:sz w:val="25"/>
          <w:szCs w:val="25"/>
          <w:lang w:val="nl-NL"/>
        </w:rPr>
        <w:t xml:space="preserve">Vraag 8. </w:t>
      </w:r>
      <w:r w:rsidRPr="00FB7A9F">
        <w:rPr>
          <w:rFonts w:ascii="Times New Roman" w:hAnsi="Times New Roman" w:cs="Times New Roman"/>
          <w:b/>
          <w:bCs/>
          <w:sz w:val="25"/>
          <w:szCs w:val="25"/>
          <w:lang w:val="nl-NL" w:eastAsia="id-ID"/>
        </w:rPr>
        <w:t>Maar zijn wij zo(!) verdorven, dat wij ganselijk (helemaal) onbekwaam zijn tot enig goed en geneigd tot alle kwaad?</w:t>
      </w:r>
    </w:p>
    <w:p w14:paraId="0EBFDBD0" w14:textId="36CA3B7E" w:rsidR="00732FB8" w:rsidRPr="00FB7A9F" w:rsidRDefault="00732FB8" w:rsidP="0052360D">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Antwoord: </w:t>
      </w:r>
      <w:r w:rsidRPr="00FB7A9F">
        <w:rPr>
          <w:rFonts w:ascii="Times New Roman" w:hAnsi="Times New Roman" w:cs="Times New Roman"/>
          <w:i/>
          <w:iCs/>
          <w:sz w:val="25"/>
          <w:szCs w:val="25"/>
          <w:lang w:val="nl-NL"/>
        </w:rPr>
        <w:t>Ja, wij tenzij dan dat wij door de Geest van God wederom geboren worden.</w:t>
      </w:r>
      <w:r w:rsidRPr="00FB7A9F">
        <w:rPr>
          <w:rFonts w:ascii="Times New Roman" w:hAnsi="Times New Roman" w:cs="Times New Roman"/>
          <w:sz w:val="25"/>
          <w:szCs w:val="25"/>
          <w:lang w:val="nl-NL"/>
        </w:rPr>
        <w:br/>
      </w:r>
      <w:r w:rsidR="0052360D" w:rsidRPr="00FB7A9F">
        <w:rPr>
          <w:rFonts w:ascii="Times New Roman" w:hAnsi="Times New Roman" w:cs="Times New Roman"/>
          <w:sz w:val="25"/>
          <w:szCs w:val="25"/>
          <w:lang w:val="nl-NL"/>
        </w:rPr>
        <w:t xml:space="preserve">   Dus we zijn</w:t>
      </w:r>
      <w:r w:rsidR="0052360D">
        <w:rPr>
          <w:rFonts w:ascii="Times New Roman" w:hAnsi="Times New Roman" w:cs="Times New Roman"/>
          <w:sz w:val="25"/>
          <w:szCs w:val="25"/>
          <w:lang w:val="nl-NL"/>
        </w:rPr>
        <w:t xml:space="preserve">: </w:t>
      </w:r>
      <w:r w:rsidR="0052360D" w:rsidRPr="00FB7A9F">
        <w:rPr>
          <w:rFonts w:ascii="Times New Roman" w:hAnsi="Times New Roman" w:cs="Times New Roman"/>
          <w:sz w:val="25"/>
          <w:szCs w:val="25"/>
          <w:lang w:val="nl-NL"/>
        </w:rPr>
        <w:t xml:space="preserve">goed geschapen. </w:t>
      </w:r>
      <w:r w:rsidR="0052360D">
        <w:rPr>
          <w:rFonts w:ascii="Times New Roman" w:hAnsi="Times New Roman" w:cs="Times New Roman"/>
          <w:sz w:val="25"/>
          <w:szCs w:val="25"/>
          <w:lang w:val="nl-NL"/>
        </w:rPr>
        <w:t>We zijn ook:</w:t>
      </w:r>
      <w:r w:rsidR="0052360D" w:rsidRPr="00FB7A9F">
        <w:rPr>
          <w:rFonts w:ascii="Times New Roman" w:hAnsi="Times New Roman" w:cs="Times New Roman"/>
          <w:sz w:val="25"/>
          <w:szCs w:val="25"/>
          <w:lang w:val="nl-NL"/>
        </w:rPr>
        <w:t xml:space="preserve"> diep gevallen. </w:t>
      </w:r>
      <w:r w:rsidR="0052360D">
        <w:rPr>
          <w:rFonts w:ascii="Times New Roman" w:hAnsi="Times New Roman" w:cs="Times New Roman"/>
          <w:sz w:val="25"/>
          <w:szCs w:val="25"/>
          <w:lang w:val="nl-NL"/>
        </w:rPr>
        <w:br/>
        <w:t xml:space="preserve">   </w:t>
      </w:r>
      <w:r w:rsidR="0052360D" w:rsidRPr="00FB7A9F">
        <w:rPr>
          <w:rFonts w:ascii="Times New Roman" w:hAnsi="Times New Roman" w:cs="Times New Roman"/>
          <w:sz w:val="25"/>
          <w:szCs w:val="25"/>
          <w:lang w:val="nl-NL"/>
        </w:rPr>
        <w:t>En</w:t>
      </w:r>
      <w:r w:rsidR="0052360D">
        <w:rPr>
          <w:rFonts w:ascii="Times New Roman" w:hAnsi="Times New Roman" w:cs="Times New Roman"/>
          <w:sz w:val="25"/>
          <w:szCs w:val="25"/>
          <w:lang w:val="nl-NL"/>
        </w:rPr>
        <w:t xml:space="preserve"> n</w:t>
      </w:r>
      <w:r w:rsidR="0052360D" w:rsidRPr="00FB7A9F">
        <w:rPr>
          <w:rFonts w:ascii="Times New Roman" w:hAnsi="Times New Roman" w:cs="Times New Roman"/>
          <w:sz w:val="25"/>
          <w:szCs w:val="25"/>
          <w:lang w:val="nl-NL"/>
        </w:rPr>
        <w:t xml:space="preserve">u </w:t>
      </w:r>
      <w:r w:rsidRPr="00FB7A9F">
        <w:rPr>
          <w:rFonts w:ascii="Times New Roman" w:hAnsi="Times New Roman" w:cs="Times New Roman"/>
          <w:sz w:val="25"/>
          <w:szCs w:val="25"/>
          <w:lang w:val="nl-NL"/>
        </w:rPr>
        <w:t>als derde</w:t>
      </w:r>
      <w:r w:rsidR="00F465F7">
        <w:rPr>
          <w:rFonts w:ascii="Times New Roman" w:hAnsi="Times New Roman" w:cs="Times New Roman"/>
          <w:sz w:val="25"/>
          <w:szCs w:val="25"/>
          <w:lang w:val="nl-NL"/>
        </w:rPr>
        <w:t>. We zijn ook</w:t>
      </w:r>
      <w:r w:rsidRPr="00FB7A9F">
        <w:rPr>
          <w:rFonts w:ascii="Times New Roman" w:hAnsi="Times New Roman" w:cs="Times New Roman"/>
          <w:sz w:val="25"/>
          <w:szCs w:val="25"/>
          <w:lang w:val="nl-NL"/>
        </w:rPr>
        <w:t>: totaal onbekwaam.</w:t>
      </w:r>
    </w:p>
    <w:p w14:paraId="716061A3" w14:textId="77777777" w:rsidR="00732FB8" w:rsidRPr="00FB7A9F" w:rsidRDefault="00732FB8" w:rsidP="00732FB8">
      <w:pPr>
        <w:pStyle w:val="Geenafstand"/>
        <w:rPr>
          <w:rFonts w:ascii="Times New Roman" w:hAnsi="Times New Roman" w:cs="Times New Roman"/>
          <w:sz w:val="25"/>
          <w:szCs w:val="25"/>
          <w:lang w:val="nl-NL"/>
        </w:rPr>
      </w:pPr>
    </w:p>
    <w:p w14:paraId="1F1315E0" w14:textId="1526D6C1" w:rsidR="004B341F"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Het thema voor de preek van vanmiddag is:</w:t>
      </w:r>
      <w:r w:rsidRPr="00FB7A9F">
        <w:rPr>
          <w:rFonts w:ascii="Times New Roman" w:hAnsi="Times New Roman" w:cs="Times New Roman"/>
          <w:sz w:val="25"/>
          <w:szCs w:val="25"/>
          <w:lang w:val="nl-NL"/>
        </w:rPr>
        <w:br/>
        <w:t xml:space="preserve">     </w:t>
      </w:r>
      <w:r w:rsidRPr="00FB7A9F">
        <w:rPr>
          <w:rFonts w:ascii="Times New Roman" w:hAnsi="Times New Roman" w:cs="Times New Roman"/>
          <w:b/>
          <w:bCs/>
          <w:sz w:val="25"/>
          <w:szCs w:val="25"/>
          <w:lang w:val="nl-NL"/>
        </w:rPr>
        <w:t xml:space="preserve">Hoe </w:t>
      </w:r>
      <w:r w:rsidR="004749E2">
        <w:rPr>
          <w:rFonts w:ascii="Times New Roman" w:hAnsi="Times New Roman" w:cs="Times New Roman"/>
          <w:b/>
          <w:bCs/>
          <w:sz w:val="25"/>
          <w:szCs w:val="25"/>
          <w:lang w:val="nl-NL"/>
        </w:rPr>
        <w:t>we ooit waren, en hoe we nu zijn</w:t>
      </w:r>
      <w:r w:rsidRPr="00FB7A9F">
        <w:rPr>
          <w:rFonts w:ascii="Times New Roman" w:hAnsi="Times New Roman" w:cs="Times New Roman"/>
          <w:sz w:val="25"/>
          <w:szCs w:val="25"/>
          <w:lang w:val="nl-NL"/>
        </w:rPr>
        <w:t xml:space="preserve"> </w:t>
      </w:r>
    </w:p>
    <w:p w14:paraId="198E8CB6" w14:textId="69B62FB3"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br/>
        <w:t xml:space="preserve">Antwoord 6 zegt: </w:t>
      </w:r>
      <w:r w:rsidR="004B341F" w:rsidRPr="00FB7A9F">
        <w:rPr>
          <w:rFonts w:ascii="Times New Roman" w:hAnsi="Times New Roman" w:cs="Times New Roman"/>
          <w:b/>
          <w:bCs/>
          <w:sz w:val="25"/>
          <w:szCs w:val="25"/>
          <w:lang w:val="nl-NL"/>
        </w:rPr>
        <w:t xml:space="preserve">1. </w:t>
      </w:r>
      <w:r w:rsidRPr="00FB7A9F">
        <w:rPr>
          <w:rFonts w:ascii="Times New Roman" w:hAnsi="Times New Roman" w:cs="Times New Roman"/>
          <w:b/>
          <w:bCs/>
          <w:sz w:val="25"/>
          <w:szCs w:val="25"/>
          <w:lang w:val="nl-NL"/>
        </w:rPr>
        <w:t xml:space="preserve">Goed geschapen. </w:t>
      </w:r>
      <w:r w:rsidRPr="00FB7A9F">
        <w:rPr>
          <w:rFonts w:ascii="Times New Roman" w:hAnsi="Times New Roman" w:cs="Times New Roman"/>
          <w:b/>
          <w:bCs/>
          <w:sz w:val="25"/>
          <w:szCs w:val="25"/>
          <w:lang w:val="nl-NL"/>
        </w:rPr>
        <w:br/>
      </w:r>
      <w:r w:rsidRPr="00FB7A9F">
        <w:rPr>
          <w:rFonts w:ascii="Times New Roman" w:hAnsi="Times New Roman" w:cs="Times New Roman"/>
          <w:sz w:val="25"/>
          <w:szCs w:val="25"/>
          <w:lang w:val="nl-NL"/>
        </w:rPr>
        <w:t xml:space="preserve">Antwoord 7 zegt: </w:t>
      </w:r>
      <w:r w:rsidR="004B341F" w:rsidRPr="00FB7A9F">
        <w:rPr>
          <w:rFonts w:ascii="Times New Roman" w:hAnsi="Times New Roman" w:cs="Times New Roman"/>
          <w:b/>
          <w:bCs/>
          <w:sz w:val="25"/>
          <w:szCs w:val="25"/>
          <w:lang w:val="nl-NL"/>
        </w:rPr>
        <w:t xml:space="preserve">2. </w:t>
      </w:r>
      <w:r w:rsidRPr="00FB7A9F">
        <w:rPr>
          <w:rFonts w:ascii="Times New Roman" w:hAnsi="Times New Roman" w:cs="Times New Roman"/>
          <w:b/>
          <w:bCs/>
          <w:sz w:val="25"/>
          <w:szCs w:val="25"/>
          <w:lang w:val="nl-NL"/>
        </w:rPr>
        <w:t xml:space="preserve">Diep gevallen. </w:t>
      </w:r>
      <w:r w:rsidRPr="00FB7A9F">
        <w:rPr>
          <w:rFonts w:ascii="Times New Roman" w:hAnsi="Times New Roman" w:cs="Times New Roman"/>
          <w:b/>
          <w:bCs/>
          <w:sz w:val="25"/>
          <w:szCs w:val="25"/>
          <w:lang w:val="nl-NL"/>
        </w:rPr>
        <w:br/>
      </w:r>
      <w:r w:rsidRPr="00FB7A9F">
        <w:rPr>
          <w:rFonts w:ascii="Times New Roman" w:hAnsi="Times New Roman" w:cs="Times New Roman"/>
          <w:sz w:val="25"/>
          <w:szCs w:val="25"/>
          <w:lang w:val="nl-NL"/>
        </w:rPr>
        <w:t xml:space="preserve">Antwoord 8 zegt: </w:t>
      </w:r>
      <w:r w:rsidR="004B341F" w:rsidRPr="00FB7A9F">
        <w:rPr>
          <w:rFonts w:ascii="Times New Roman" w:hAnsi="Times New Roman" w:cs="Times New Roman"/>
          <w:b/>
          <w:bCs/>
          <w:sz w:val="25"/>
          <w:szCs w:val="25"/>
          <w:lang w:val="nl-NL"/>
        </w:rPr>
        <w:t xml:space="preserve">3. </w:t>
      </w:r>
      <w:r w:rsidRPr="00FB7A9F">
        <w:rPr>
          <w:rFonts w:ascii="Times New Roman" w:hAnsi="Times New Roman" w:cs="Times New Roman"/>
          <w:b/>
          <w:bCs/>
          <w:sz w:val="25"/>
          <w:szCs w:val="25"/>
          <w:lang w:val="nl-NL"/>
        </w:rPr>
        <w:t xml:space="preserve">Totaal onbekwaam. </w:t>
      </w:r>
      <w:r w:rsidRPr="00FB7A9F">
        <w:rPr>
          <w:rFonts w:ascii="Times New Roman" w:hAnsi="Times New Roman" w:cs="Times New Roman"/>
          <w:b/>
          <w:bCs/>
          <w:sz w:val="25"/>
          <w:szCs w:val="25"/>
          <w:lang w:val="nl-NL"/>
        </w:rPr>
        <w:br/>
      </w:r>
      <w:r w:rsidRPr="00FB7A9F">
        <w:rPr>
          <w:rFonts w:ascii="Times New Roman" w:hAnsi="Times New Roman" w:cs="Times New Roman"/>
          <w:sz w:val="25"/>
          <w:szCs w:val="25"/>
          <w:lang w:val="nl-NL"/>
        </w:rPr>
        <w:t xml:space="preserve">Ons eerste punt: </w:t>
      </w:r>
    </w:p>
    <w:p w14:paraId="0CB8DFF0" w14:textId="77777777" w:rsidR="00732FB8" w:rsidRPr="00FB7A9F" w:rsidRDefault="00732FB8" w:rsidP="00732FB8">
      <w:pPr>
        <w:pStyle w:val="Geenafstand"/>
        <w:rPr>
          <w:rFonts w:ascii="Times New Roman" w:hAnsi="Times New Roman" w:cs="Times New Roman"/>
          <w:sz w:val="25"/>
          <w:szCs w:val="25"/>
          <w:lang w:val="nl-NL"/>
        </w:rPr>
      </w:pPr>
    </w:p>
    <w:p w14:paraId="2B73A80C" w14:textId="705B9C9B"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b/>
          <w:bCs/>
          <w:sz w:val="25"/>
          <w:szCs w:val="25"/>
          <w:lang w:val="nl-NL"/>
        </w:rPr>
        <w:t>1. Goed geschapen</w:t>
      </w:r>
      <w:r w:rsidRPr="00FB7A9F">
        <w:rPr>
          <w:rFonts w:ascii="Times New Roman" w:hAnsi="Times New Roman" w:cs="Times New Roman"/>
          <w:b/>
          <w:bCs/>
          <w:sz w:val="25"/>
          <w:szCs w:val="25"/>
          <w:lang w:val="nl-NL"/>
        </w:rPr>
        <w:br/>
      </w:r>
      <w:r w:rsidRPr="00FB7A9F">
        <w:rPr>
          <w:rFonts w:ascii="Times New Roman" w:hAnsi="Times New Roman" w:cs="Times New Roman"/>
          <w:sz w:val="25"/>
          <w:szCs w:val="25"/>
          <w:lang w:val="nl-NL"/>
        </w:rPr>
        <w:t xml:space="preserve">Vraag 6 zegt: Heeft dan God de mens zo boos, zo slecht en verkeerd geschapen? </w:t>
      </w:r>
      <w:r w:rsidRPr="00FB7A9F">
        <w:rPr>
          <w:rFonts w:ascii="Times New Roman" w:hAnsi="Times New Roman" w:cs="Times New Roman"/>
          <w:sz w:val="25"/>
          <w:szCs w:val="25"/>
          <w:lang w:val="nl-NL"/>
        </w:rPr>
        <w:br/>
        <w:t xml:space="preserve">Met andere woorden: Dat kwaad van onze zonde, komt dat misschien van God Zelf vandaan? </w:t>
      </w:r>
      <w:r w:rsidRPr="00FB7A9F">
        <w:rPr>
          <w:rFonts w:ascii="Times New Roman" w:hAnsi="Times New Roman" w:cs="Times New Roman"/>
          <w:sz w:val="25"/>
          <w:szCs w:val="25"/>
          <w:lang w:val="nl-NL"/>
        </w:rPr>
        <w:br/>
        <w:t>Ja, je kan bij jezelf denken: Oh, wat een slechte vraag.</w:t>
      </w:r>
      <w:r w:rsidRPr="00FB7A9F">
        <w:rPr>
          <w:rFonts w:ascii="Times New Roman" w:hAnsi="Times New Roman" w:cs="Times New Roman"/>
          <w:sz w:val="25"/>
          <w:szCs w:val="25"/>
          <w:lang w:val="nl-NL"/>
        </w:rPr>
        <w:br/>
        <w:t xml:space="preserve">Maar, mensen, laten we nou eerlijk zijn. Die vraag die leeft in ons hart. </w:t>
      </w:r>
      <w:r w:rsidRPr="00FB7A9F">
        <w:rPr>
          <w:rFonts w:ascii="Times New Roman" w:hAnsi="Times New Roman" w:cs="Times New Roman"/>
          <w:sz w:val="25"/>
          <w:szCs w:val="25"/>
          <w:lang w:val="nl-NL"/>
        </w:rPr>
        <w:br/>
        <w:t xml:space="preserve">Hoe kon in de goede schepping van God het kwaad zo binnendringen? Dat hebt u toch ook uzelf wel eens afgevraagd? En waar kwamen die kwade engelen eigenlijk vandaan? En waar komt het kwaad zelf vandaan? </w:t>
      </w:r>
      <w:r w:rsidRPr="00FB7A9F">
        <w:rPr>
          <w:rFonts w:ascii="Times New Roman" w:hAnsi="Times New Roman" w:cs="Times New Roman"/>
          <w:sz w:val="25"/>
          <w:szCs w:val="25"/>
          <w:lang w:val="nl-NL"/>
        </w:rPr>
        <w:br/>
        <w:t xml:space="preserve">En zo sturen we (maar dat tekent de slechtheid van ons hart), zo sturen we onze gedachten naar Hem, Die er in de beginne alleen was, naar God. </w:t>
      </w:r>
    </w:p>
    <w:p w14:paraId="7013638C" w14:textId="0F640F68"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lastRenderedPageBreak/>
        <w:t>Da</w:t>
      </w:r>
      <w:r w:rsidR="009E0A1E" w:rsidRPr="00FB7A9F">
        <w:rPr>
          <w:rFonts w:ascii="Times New Roman" w:hAnsi="Times New Roman" w:cs="Times New Roman"/>
          <w:sz w:val="25"/>
          <w:szCs w:val="25"/>
          <w:lang w:val="nl-NL"/>
        </w:rPr>
        <w:t>t</w:t>
      </w:r>
      <w:r w:rsidRPr="00FB7A9F">
        <w:rPr>
          <w:rFonts w:ascii="Times New Roman" w:hAnsi="Times New Roman" w:cs="Times New Roman"/>
          <w:sz w:val="25"/>
          <w:szCs w:val="25"/>
          <w:lang w:val="nl-NL"/>
        </w:rPr>
        <w:t xml:space="preserve"> kan je bij jezelf denken. Dat kan je ook zomaar tegenkomen op je werk, tijdens je studie of in de boeken die je leest</w:t>
      </w:r>
      <w:r w:rsidR="009E0A1E" w:rsidRPr="00FB7A9F">
        <w:rPr>
          <w:rFonts w:ascii="Times New Roman" w:hAnsi="Times New Roman" w:cs="Times New Roman"/>
          <w:sz w:val="25"/>
          <w:szCs w:val="25"/>
          <w:lang w:val="nl-NL"/>
        </w:rPr>
        <w:t>: g</w:t>
      </w:r>
      <w:r w:rsidRPr="00FB7A9F">
        <w:rPr>
          <w:rFonts w:ascii="Times New Roman" w:hAnsi="Times New Roman" w:cs="Times New Roman"/>
          <w:sz w:val="25"/>
          <w:szCs w:val="25"/>
          <w:lang w:val="nl-NL"/>
        </w:rPr>
        <w:t>edachten, ideeën in allerlei vormen, die eigenlijk allemaal één doel hebben</w:t>
      </w:r>
      <w:r w:rsidR="009E0A1E" w:rsidRPr="00FB7A9F">
        <w:rPr>
          <w:rFonts w:ascii="Times New Roman" w:hAnsi="Times New Roman" w:cs="Times New Roman"/>
          <w:sz w:val="25"/>
          <w:szCs w:val="25"/>
          <w:lang w:val="nl-NL"/>
        </w:rPr>
        <w:t xml:space="preserve">, namelijk je </w:t>
      </w:r>
      <w:r w:rsidRPr="00FB7A9F">
        <w:rPr>
          <w:rFonts w:ascii="Times New Roman" w:hAnsi="Times New Roman" w:cs="Times New Roman"/>
          <w:sz w:val="25"/>
          <w:szCs w:val="25"/>
          <w:lang w:val="nl-NL"/>
        </w:rPr>
        <w:t xml:space="preserve">afleiden van </w:t>
      </w:r>
      <w:r w:rsidR="0046700B" w:rsidRPr="00FB7A9F">
        <w:rPr>
          <w:rFonts w:ascii="Times New Roman" w:hAnsi="Times New Roman" w:cs="Times New Roman"/>
          <w:sz w:val="25"/>
          <w:szCs w:val="25"/>
          <w:lang w:val="nl-NL"/>
        </w:rPr>
        <w:t>je</w:t>
      </w:r>
      <w:r w:rsidRPr="00FB7A9F">
        <w:rPr>
          <w:rFonts w:ascii="Times New Roman" w:hAnsi="Times New Roman" w:cs="Times New Roman"/>
          <w:sz w:val="25"/>
          <w:szCs w:val="25"/>
          <w:lang w:val="nl-NL"/>
        </w:rPr>
        <w:t xml:space="preserve"> eigen schuld en beschuldigend wijzen naar God. </w:t>
      </w:r>
    </w:p>
    <w:p w14:paraId="32DEF0B7" w14:textId="63F15266"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Hoe je die vraag beantwoorden moet, als iemand die aan je stelt? Gewoon eerlijk. </w:t>
      </w:r>
      <w:r w:rsidRPr="00FB7A9F">
        <w:rPr>
          <w:rFonts w:ascii="Times New Roman" w:hAnsi="Times New Roman" w:cs="Times New Roman"/>
          <w:sz w:val="25"/>
          <w:szCs w:val="25"/>
          <w:lang w:val="nl-NL"/>
        </w:rPr>
        <w:br/>
      </w:r>
      <w:r w:rsidR="00076281">
        <w:rPr>
          <w:rFonts w:ascii="Times New Roman" w:hAnsi="Times New Roman" w:cs="Times New Roman"/>
          <w:sz w:val="25"/>
          <w:szCs w:val="25"/>
          <w:lang w:val="nl-NL"/>
        </w:rPr>
        <w:t>“</w:t>
      </w:r>
      <w:r w:rsidRPr="00FB7A9F">
        <w:rPr>
          <w:rFonts w:ascii="Times New Roman" w:hAnsi="Times New Roman" w:cs="Times New Roman"/>
          <w:sz w:val="25"/>
          <w:szCs w:val="25"/>
          <w:lang w:val="nl-NL"/>
        </w:rPr>
        <w:t>Waar komt het kwaad vandaan? Dat weet ik niet. Maar niet uit God, dat weet ik wel. En dit weet ik ook. Wij mensen zijn erin meegegaan. Maar, en dat weet ik ook, onze goede God wil ons daaruit verlossen.</w:t>
      </w:r>
      <w:r w:rsidR="00076281">
        <w:rPr>
          <w:rFonts w:ascii="Times New Roman" w:hAnsi="Times New Roman" w:cs="Times New Roman"/>
          <w:sz w:val="25"/>
          <w:szCs w:val="25"/>
          <w:lang w:val="nl-NL"/>
        </w:rPr>
        <w:t>”</w:t>
      </w:r>
    </w:p>
    <w:p w14:paraId="2DC563E3" w14:textId="77777777" w:rsidR="00732FB8" w:rsidRPr="00FB7A9F" w:rsidRDefault="00732FB8" w:rsidP="00732FB8">
      <w:pPr>
        <w:pStyle w:val="Geenafstand"/>
        <w:rPr>
          <w:rFonts w:ascii="Times New Roman" w:hAnsi="Times New Roman" w:cs="Times New Roman"/>
          <w:sz w:val="25"/>
          <w:szCs w:val="25"/>
          <w:lang w:val="nl-NL"/>
        </w:rPr>
      </w:pPr>
    </w:p>
    <w:p w14:paraId="0895D947" w14:textId="5BBF1ED4"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Je bent, u bent, ik ben door God goed geschapen. </w:t>
      </w:r>
      <w:r w:rsidRPr="00FB7A9F">
        <w:rPr>
          <w:rFonts w:ascii="Times New Roman" w:hAnsi="Times New Roman" w:cs="Times New Roman"/>
          <w:i/>
          <w:iCs/>
          <w:sz w:val="25"/>
          <w:szCs w:val="25"/>
          <w:lang w:val="nl-NL"/>
        </w:rPr>
        <w:t>Naar Zijn beeld</w:t>
      </w:r>
      <w:r w:rsidR="003059F6">
        <w:rPr>
          <w:rFonts w:ascii="Times New Roman" w:hAnsi="Times New Roman" w:cs="Times New Roman"/>
          <w:i/>
          <w:iCs/>
          <w:sz w:val="25"/>
          <w:szCs w:val="25"/>
          <w:lang w:val="nl-NL"/>
        </w:rPr>
        <w:t>,</w:t>
      </w:r>
      <w:r w:rsidRPr="00FB7A9F">
        <w:rPr>
          <w:rFonts w:ascii="Times New Roman" w:hAnsi="Times New Roman" w:cs="Times New Roman"/>
          <w:sz w:val="25"/>
          <w:szCs w:val="25"/>
          <w:lang w:val="nl-NL"/>
        </w:rPr>
        <w:t xml:space="preserve"> staat er. </w:t>
      </w:r>
      <w:r w:rsidRPr="00FB7A9F">
        <w:rPr>
          <w:rFonts w:ascii="Times New Roman" w:hAnsi="Times New Roman" w:cs="Times New Roman"/>
          <w:sz w:val="25"/>
          <w:szCs w:val="25"/>
          <w:lang w:val="nl-NL"/>
        </w:rPr>
        <w:br/>
        <w:t>Dat betekent: Adam leek in zijn hart, in zijn innerlijk, sprekend op God. Daarom noemt de Bijbel Adam in Lu</w:t>
      </w:r>
      <w:r w:rsidR="003059F6">
        <w:rPr>
          <w:rFonts w:ascii="Times New Roman" w:hAnsi="Times New Roman" w:cs="Times New Roman"/>
          <w:sz w:val="25"/>
          <w:szCs w:val="25"/>
          <w:lang w:val="nl-NL"/>
        </w:rPr>
        <w:t>k</w:t>
      </w:r>
      <w:r w:rsidRPr="00FB7A9F">
        <w:rPr>
          <w:rFonts w:ascii="Times New Roman" w:hAnsi="Times New Roman" w:cs="Times New Roman"/>
          <w:sz w:val="25"/>
          <w:szCs w:val="25"/>
          <w:lang w:val="nl-NL"/>
        </w:rPr>
        <w:t>as 3 ook ‘de zoon van God’.</w:t>
      </w:r>
      <w:r w:rsidRPr="00FB7A9F">
        <w:rPr>
          <w:rFonts w:ascii="Times New Roman" w:hAnsi="Times New Roman" w:cs="Times New Roman"/>
          <w:sz w:val="25"/>
          <w:szCs w:val="25"/>
          <w:lang w:val="nl-NL"/>
        </w:rPr>
        <w:br/>
        <w:t>Hij straalde iets uit van God. Als je Adam zag</w:t>
      </w:r>
      <w:r w:rsidR="00DB367C">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voor de zondeval in het paradijs, dan zag je ook iets van Wie God is en was, in Zijn binnenste, in Zijn hart. </w:t>
      </w:r>
    </w:p>
    <w:p w14:paraId="77BD3C27" w14:textId="3EB0DFB0" w:rsidR="00732FB8"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br/>
        <w:t xml:space="preserve">De </w:t>
      </w:r>
      <w:r w:rsidR="0046700B" w:rsidRPr="00FB7A9F">
        <w:rPr>
          <w:rFonts w:ascii="Times New Roman" w:hAnsi="Times New Roman" w:cs="Times New Roman"/>
          <w:sz w:val="25"/>
          <w:szCs w:val="25"/>
          <w:lang w:val="nl-NL"/>
        </w:rPr>
        <w:t>C</w:t>
      </w:r>
      <w:r w:rsidRPr="00FB7A9F">
        <w:rPr>
          <w:rFonts w:ascii="Times New Roman" w:hAnsi="Times New Roman" w:cs="Times New Roman"/>
          <w:sz w:val="25"/>
          <w:szCs w:val="25"/>
          <w:lang w:val="nl-NL"/>
        </w:rPr>
        <w:t xml:space="preserve">atechismus zegt: </w:t>
      </w:r>
      <w:r w:rsidRPr="00FB7A9F">
        <w:rPr>
          <w:rFonts w:ascii="Times New Roman" w:hAnsi="Times New Roman" w:cs="Times New Roman"/>
          <w:i/>
          <w:iCs/>
          <w:sz w:val="25"/>
          <w:szCs w:val="25"/>
          <w:lang w:val="nl-NL"/>
        </w:rPr>
        <w:t>God heeft de mens goed en naar Zijn beeld, naar Zijn evenbeeld geschapen</w:t>
      </w:r>
      <w:r w:rsidRPr="00FB7A9F">
        <w:rPr>
          <w:rFonts w:ascii="Times New Roman" w:hAnsi="Times New Roman" w:cs="Times New Roman"/>
          <w:sz w:val="25"/>
          <w:szCs w:val="25"/>
          <w:lang w:val="nl-NL"/>
        </w:rPr>
        <w:t>. Dat is (en dan komt de uitleg)</w:t>
      </w:r>
      <w:r w:rsidR="00284B9B">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t>
      </w:r>
      <w:r w:rsidRPr="00FB7A9F">
        <w:rPr>
          <w:rFonts w:ascii="Times New Roman" w:hAnsi="Times New Roman" w:cs="Times New Roman"/>
          <w:i/>
          <w:iCs/>
          <w:sz w:val="25"/>
          <w:szCs w:val="25"/>
          <w:lang w:val="nl-NL"/>
        </w:rPr>
        <w:t xml:space="preserve">in ware gerechtigheid en heiligheid opdat hij God, Zijn Schepper, recht </w:t>
      </w:r>
      <w:r w:rsidRPr="00FB7A9F">
        <w:rPr>
          <w:rFonts w:ascii="Times New Roman" w:hAnsi="Times New Roman" w:cs="Times New Roman"/>
          <w:sz w:val="25"/>
          <w:szCs w:val="25"/>
          <w:lang w:val="nl-NL"/>
        </w:rPr>
        <w:t xml:space="preserve">(goed) </w:t>
      </w:r>
      <w:r w:rsidRPr="00FB7A9F">
        <w:rPr>
          <w:rFonts w:ascii="Times New Roman" w:hAnsi="Times New Roman" w:cs="Times New Roman"/>
          <w:i/>
          <w:iCs/>
          <w:sz w:val="25"/>
          <w:szCs w:val="25"/>
          <w:lang w:val="nl-NL"/>
        </w:rPr>
        <w:t>zou kennen, van harte liefhebben en met Hem in de eeuwige zaligheid leven zou om Hem eeuwig te loven en te prijzen</w:t>
      </w:r>
      <w:r w:rsidRPr="00FB7A9F">
        <w:rPr>
          <w:rFonts w:ascii="Times New Roman" w:hAnsi="Times New Roman" w:cs="Times New Roman"/>
          <w:sz w:val="25"/>
          <w:szCs w:val="25"/>
          <w:lang w:val="nl-NL"/>
        </w:rPr>
        <w:t xml:space="preserve">. </w:t>
      </w:r>
    </w:p>
    <w:p w14:paraId="78B317DA" w14:textId="77777777" w:rsidR="00284B9B" w:rsidRPr="00FB7A9F" w:rsidRDefault="00284B9B" w:rsidP="00732FB8">
      <w:pPr>
        <w:pStyle w:val="Geenafstand"/>
        <w:rPr>
          <w:rFonts w:ascii="Times New Roman" w:hAnsi="Times New Roman" w:cs="Times New Roman"/>
          <w:sz w:val="25"/>
          <w:szCs w:val="25"/>
          <w:lang w:val="nl-NL"/>
        </w:rPr>
      </w:pPr>
    </w:p>
    <w:p w14:paraId="6509C71E" w14:textId="77777777" w:rsidR="00284B9B"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Dus Adam had </w:t>
      </w:r>
      <w:r w:rsidRPr="00FB7A9F">
        <w:rPr>
          <w:rFonts w:ascii="Times New Roman" w:hAnsi="Times New Roman" w:cs="Times New Roman"/>
          <w:i/>
          <w:iCs/>
          <w:sz w:val="25"/>
          <w:szCs w:val="25"/>
          <w:lang w:val="nl-NL"/>
        </w:rPr>
        <w:t>gerechtigheid</w:t>
      </w:r>
      <w:r w:rsidRPr="00FB7A9F">
        <w:rPr>
          <w:rFonts w:ascii="Times New Roman" w:hAnsi="Times New Roman" w:cs="Times New Roman"/>
          <w:sz w:val="25"/>
          <w:szCs w:val="25"/>
          <w:lang w:val="nl-NL"/>
        </w:rPr>
        <w:t xml:space="preserve">. Hij leefde volkomen in overeenstemming met de wil en de wet van God. </w:t>
      </w:r>
    </w:p>
    <w:p w14:paraId="31B98953" w14:textId="72D3BB20"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Hij had gerechtigheid en hij had </w:t>
      </w:r>
      <w:r w:rsidRPr="00FB7A9F">
        <w:rPr>
          <w:rFonts w:ascii="Times New Roman" w:hAnsi="Times New Roman" w:cs="Times New Roman"/>
          <w:i/>
          <w:iCs/>
          <w:sz w:val="25"/>
          <w:szCs w:val="25"/>
          <w:lang w:val="nl-NL"/>
        </w:rPr>
        <w:t>heiligheid</w:t>
      </w:r>
      <w:r w:rsidRPr="00FB7A9F">
        <w:rPr>
          <w:rFonts w:ascii="Times New Roman" w:hAnsi="Times New Roman" w:cs="Times New Roman"/>
          <w:sz w:val="25"/>
          <w:szCs w:val="25"/>
          <w:lang w:val="nl-NL"/>
        </w:rPr>
        <w:t xml:space="preserve">. Hij deed voor de zondeval nooit zonde. Hij was puur, hij was zuiver. En daar was hij zielsgelukkig mee. Want daardoor, staat er: </w:t>
      </w:r>
      <w:r w:rsidRPr="00FB7A9F">
        <w:rPr>
          <w:rFonts w:ascii="Times New Roman" w:hAnsi="Times New Roman" w:cs="Times New Roman"/>
          <w:i/>
          <w:iCs/>
          <w:sz w:val="25"/>
          <w:szCs w:val="25"/>
          <w:lang w:val="nl-NL"/>
        </w:rPr>
        <w:t>kende hij de Heere</w:t>
      </w:r>
      <w:r w:rsidRPr="00FB7A9F">
        <w:rPr>
          <w:rFonts w:ascii="Times New Roman" w:hAnsi="Times New Roman" w:cs="Times New Roman"/>
          <w:sz w:val="25"/>
          <w:szCs w:val="25"/>
          <w:lang w:val="nl-NL"/>
        </w:rPr>
        <w:t xml:space="preserve">. Hij leefde heilig, dicht bij God, </w:t>
      </w:r>
      <w:r w:rsidR="00DC2821">
        <w:rPr>
          <w:rFonts w:ascii="Times New Roman" w:hAnsi="Times New Roman" w:cs="Times New Roman"/>
          <w:sz w:val="25"/>
          <w:szCs w:val="25"/>
          <w:lang w:val="nl-NL"/>
        </w:rPr>
        <w:t>z</w:t>
      </w:r>
      <w:r w:rsidRPr="00FB7A9F">
        <w:rPr>
          <w:rFonts w:ascii="Times New Roman" w:hAnsi="Times New Roman" w:cs="Times New Roman"/>
          <w:sz w:val="25"/>
          <w:szCs w:val="25"/>
          <w:lang w:val="nl-NL"/>
        </w:rPr>
        <w:t>ijn Schepper. Hij had de Heere lief met heel zijn hart, zoals een kind zijn lieve vader lief heeft. En hij was in alles gericht op God (staat er)</w:t>
      </w:r>
      <w:r w:rsidR="00BC7374">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t>
      </w:r>
      <w:r w:rsidRPr="00FB7A9F">
        <w:rPr>
          <w:rFonts w:ascii="Times New Roman" w:hAnsi="Times New Roman" w:cs="Times New Roman"/>
          <w:i/>
          <w:iCs/>
          <w:sz w:val="25"/>
          <w:szCs w:val="25"/>
          <w:lang w:val="nl-NL"/>
        </w:rPr>
        <w:t>om Hem altijd te loven en te prijzen</w:t>
      </w:r>
      <w:r w:rsidRPr="00FB7A9F">
        <w:rPr>
          <w:rFonts w:ascii="Times New Roman" w:hAnsi="Times New Roman" w:cs="Times New Roman"/>
          <w:sz w:val="25"/>
          <w:szCs w:val="25"/>
          <w:lang w:val="nl-NL"/>
        </w:rPr>
        <w:t xml:space="preserve">. </w:t>
      </w:r>
    </w:p>
    <w:p w14:paraId="35D5F105" w14:textId="77777777" w:rsidR="00732FB8" w:rsidRPr="00FB7A9F" w:rsidRDefault="00732FB8" w:rsidP="00732FB8">
      <w:pPr>
        <w:pStyle w:val="Geenafstand"/>
        <w:rPr>
          <w:rFonts w:ascii="Times New Roman" w:hAnsi="Times New Roman" w:cs="Times New Roman"/>
          <w:sz w:val="25"/>
          <w:szCs w:val="25"/>
          <w:lang w:val="nl-NL"/>
        </w:rPr>
      </w:pPr>
    </w:p>
    <w:p w14:paraId="6B8C2BAC" w14:textId="5E55F619"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Zo </w:t>
      </w:r>
      <w:r w:rsidRPr="00FB7A9F">
        <w:rPr>
          <w:rFonts w:ascii="Times New Roman" w:hAnsi="Times New Roman" w:cs="Times New Roman"/>
          <w:i/>
          <w:iCs/>
          <w:sz w:val="25"/>
          <w:szCs w:val="25"/>
          <w:lang w:val="nl-NL"/>
        </w:rPr>
        <w:t>was</w:t>
      </w:r>
      <w:r w:rsidRPr="00FB7A9F">
        <w:rPr>
          <w:rFonts w:ascii="Times New Roman" w:hAnsi="Times New Roman" w:cs="Times New Roman"/>
          <w:sz w:val="25"/>
          <w:szCs w:val="25"/>
          <w:lang w:val="nl-NL"/>
        </w:rPr>
        <w:t xml:space="preserve"> de ooit geschapen mens, maar zo </w:t>
      </w:r>
      <w:r w:rsidRPr="00FB7A9F">
        <w:rPr>
          <w:rFonts w:ascii="Times New Roman" w:hAnsi="Times New Roman" w:cs="Times New Roman"/>
          <w:i/>
          <w:iCs/>
          <w:sz w:val="25"/>
          <w:szCs w:val="25"/>
          <w:lang w:val="nl-NL"/>
        </w:rPr>
        <w:t>is</w:t>
      </w:r>
      <w:r w:rsidRPr="00FB7A9F">
        <w:rPr>
          <w:rFonts w:ascii="Times New Roman" w:hAnsi="Times New Roman" w:cs="Times New Roman"/>
          <w:sz w:val="25"/>
          <w:szCs w:val="25"/>
          <w:lang w:val="nl-NL"/>
        </w:rPr>
        <w:t xml:space="preserve"> hij nu niet meer. </w:t>
      </w:r>
      <w:r w:rsidRPr="00FB7A9F">
        <w:rPr>
          <w:rFonts w:ascii="Times New Roman" w:hAnsi="Times New Roman" w:cs="Times New Roman"/>
          <w:sz w:val="25"/>
          <w:szCs w:val="25"/>
          <w:lang w:val="nl-NL"/>
        </w:rPr>
        <w:br/>
        <w:t>En dus</w:t>
      </w:r>
      <w:r w:rsidR="00FA3866"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gemeente, zegt God van</w:t>
      </w:r>
      <w:r w:rsidR="00F569D0" w:rsidRPr="00FB7A9F">
        <w:rPr>
          <w:rFonts w:ascii="Times New Roman" w:hAnsi="Times New Roman" w:cs="Times New Roman"/>
          <w:sz w:val="25"/>
          <w:szCs w:val="25"/>
          <w:lang w:val="nl-NL"/>
        </w:rPr>
        <w:t>middag</w:t>
      </w:r>
      <w:r w:rsidRPr="00FB7A9F">
        <w:rPr>
          <w:rFonts w:ascii="Times New Roman" w:hAnsi="Times New Roman" w:cs="Times New Roman"/>
          <w:sz w:val="25"/>
          <w:szCs w:val="25"/>
          <w:lang w:val="nl-NL"/>
        </w:rPr>
        <w:t xml:space="preserve"> liefdevol tegen u en tegen jullie jongelui</w:t>
      </w:r>
      <w:r w:rsidR="00FA3866"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t xml:space="preserve">om je hart voor Hem te winnen: </w:t>
      </w:r>
      <w:r w:rsidR="00F34161">
        <w:rPr>
          <w:rFonts w:ascii="Times New Roman" w:hAnsi="Times New Roman" w:cs="Times New Roman"/>
          <w:sz w:val="25"/>
          <w:szCs w:val="25"/>
          <w:lang w:val="nl-NL"/>
        </w:rPr>
        <w:t>“</w:t>
      </w:r>
      <w:r w:rsidRPr="00FB7A9F">
        <w:rPr>
          <w:rFonts w:ascii="Times New Roman" w:hAnsi="Times New Roman" w:cs="Times New Roman"/>
          <w:sz w:val="25"/>
          <w:szCs w:val="25"/>
          <w:lang w:val="nl-NL"/>
        </w:rPr>
        <w:t>Jongen, meisje, man, vrouw, waar is Mijn beeld? Waar is hoe Ik je geschapen heb? Waar is de glans van Mijn heerlijkheid in je leven? Mijn kind, wat heb je toch gedaan? O mens, wat hebt u toch gedaan dat uw leven zo door en door ellendig geworden is? Ik had u goed geschapen, maar u bent diep gevallen.</w:t>
      </w:r>
      <w:r w:rsidR="00F34161">
        <w:rPr>
          <w:rFonts w:ascii="Times New Roman" w:hAnsi="Times New Roman" w:cs="Times New Roman"/>
          <w:sz w:val="25"/>
          <w:szCs w:val="25"/>
          <w:lang w:val="nl-NL"/>
        </w:rPr>
        <w:t>”</w:t>
      </w:r>
    </w:p>
    <w:p w14:paraId="7BD4AB85" w14:textId="77777777" w:rsidR="00F34161" w:rsidRDefault="00F34161" w:rsidP="00732FB8">
      <w:pPr>
        <w:pStyle w:val="Geenafstand"/>
        <w:rPr>
          <w:rFonts w:ascii="Times New Roman" w:hAnsi="Times New Roman" w:cs="Times New Roman"/>
          <w:sz w:val="25"/>
          <w:szCs w:val="25"/>
          <w:lang w:val="nl-NL"/>
        </w:rPr>
      </w:pPr>
    </w:p>
    <w:p w14:paraId="2080C89C" w14:textId="22CF0A8E" w:rsidR="00F34DC9" w:rsidRPr="00FB7A9F" w:rsidRDefault="00F34DC9"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Zoals we gaan zien in ons tweede aandachtspunt, maar laten we samen eerst zingen uit Psalm 51:3:</w:t>
      </w:r>
    </w:p>
    <w:p w14:paraId="709B1670" w14:textId="230DF256" w:rsidR="00A07EA9" w:rsidRPr="00FB7A9F" w:rsidRDefault="00A07EA9" w:rsidP="00A07EA9">
      <w:pPr>
        <w:pStyle w:val="Geenafstand"/>
        <w:ind w:left="284"/>
        <w:rPr>
          <w:rFonts w:ascii="Times New Roman" w:hAnsi="Times New Roman" w:cs="Times New Roman"/>
          <w:i/>
          <w:iCs/>
          <w:sz w:val="25"/>
          <w:szCs w:val="25"/>
          <w:lang w:val="nl-NL"/>
        </w:rPr>
      </w:pPr>
      <w:r w:rsidRPr="00FB7A9F">
        <w:rPr>
          <w:rFonts w:ascii="Times New Roman" w:hAnsi="Times New Roman" w:cs="Times New Roman"/>
          <w:i/>
          <w:iCs/>
          <w:sz w:val="25"/>
          <w:szCs w:val="25"/>
          <w:lang w:val="nl-NL"/>
        </w:rPr>
        <w:t>'t Is niet alleen dit kwaad, dat roept om straf;</w:t>
      </w:r>
      <w:r w:rsidRPr="00FB7A9F">
        <w:rPr>
          <w:rFonts w:ascii="Times New Roman" w:hAnsi="Times New Roman" w:cs="Times New Roman"/>
          <w:i/>
          <w:iCs/>
          <w:sz w:val="25"/>
          <w:szCs w:val="25"/>
          <w:lang w:val="nl-NL"/>
        </w:rPr>
        <w:br/>
        <w:t>Neen, 'k ben in ongerechtigheid geboren;</w:t>
      </w:r>
      <w:r w:rsidRPr="00FB7A9F">
        <w:rPr>
          <w:rFonts w:ascii="Times New Roman" w:hAnsi="Times New Roman" w:cs="Times New Roman"/>
          <w:i/>
          <w:iCs/>
          <w:sz w:val="25"/>
          <w:szCs w:val="25"/>
          <w:lang w:val="nl-NL"/>
        </w:rPr>
        <w:br/>
        <w:t>Mijn zonde maakt mij 't voorwerp van Uw toren.</w:t>
      </w:r>
      <w:r w:rsidRPr="00FB7A9F">
        <w:rPr>
          <w:rFonts w:ascii="Times New Roman" w:hAnsi="Times New Roman" w:cs="Times New Roman"/>
          <w:i/>
          <w:iCs/>
          <w:sz w:val="25"/>
          <w:szCs w:val="25"/>
          <w:lang w:val="nl-NL"/>
        </w:rPr>
        <w:br/>
        <w:t>Reeds van het uur van mijn ontvang'nis af.</w:t>
      </w:r>
      <w:r w:rsidRPr="00FB7A9F">
        <w:rPr>
          <w:rFonts w:ascii="Times New Roman" w:hAnsi="Times New Roman" w:cs="Times New Roman"/>
          <w:i/>
          <w:iCs/>
          <w:sz w:val="25"/>
          <w:szCs w:val="25"/>
          <w:lang w:val="nl-NL"/>
        </w:rPr>
        <w:br/>
        <w:t>Zie, Gij hebt lust tot waarheid in 't gemoed;</w:t>
      </w:r>
      <w:r w:rsidRPr="00FB7A9F">
        <w:rPr>
          <w:rFonts w:ascii="Times New Roman" w:hAnsi="Times New Roman" w:cs="Times New Roman"/>
          <w:i/>
          <w:iCs/>
          <w:sz w:val="25"/>
          <w:szCs w:val="25"/>
          <w:lang w:val="nl-NL"/>
        </w:rPr>
        <w:br/>
        <w:t>Gij, HEER, Die weet, al wat ik heb misdreven,</w:t>
      </w:r>
      <w:r w:rsidRPr="00FB7A9F">
        <w:rPr>
          <w:rFonts w:ascii="Times New Roman" w:hAnsi="Times New Roman" w:cs="Times New Roman"/>
          <w:i/>
          <w:iCs/>
          <w:sz w:val="25"/>
          <w:szCs w:val="25"/>
          <w:lang w:val="nl-NL"/>
        </w:rPr>
        <w:br/>
        <w:t>Gij, die mijn geest met wijsheid had gevoed,</w:t>
      </w:r>
      <w:r w:rsidRPr="00FB7A9F">
        <w:rPr>
          <w:rFonts w:ascii="Times New Roman" w:hAnsi="Times New Roman" w:cs="Times New Roman"/>
          <w:i/>
          <w:iCs/>
          <w:sz w:val="25"/>
          <w:szCs w:val="25"/>
          <w:lang w:val="nl-NL"/>
        </w:rPr>
        <w:br/>
        <w:t>En in mijn ziel Uw Godd'lijk licht gegeven.</w:t>
      </w:r>
    </w:p>
    <w:p w14:paraId="3B2EA588" w14:textId="32ADD782"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lastRenderedPageBreak/>
        <w:t xml:space="preserve">Ons tweede aandachtspunt: </w:t>
      </w:r>
    </w:p>
    <w:p w14:paraId="1142C378" w14:textId="77777777" w:rsidR="00886F0D" w:rsidRPr="00FB7A9F" w:rsidRDefault="00886F0D" w:rsidP="00732FB8">
      <w:pPr>
        <w:pStyle w:val="Geenafstand"/>
        <w:rPr>
          <w:rFonts w:ascii="Times New Roman" w:hAnsi="Times New Roman" w:cs="Times New Roman"/>
          <w:sz w:val="25"/>
          <w:szCs w:val="25"/>
          <w:lang w:val="nl-NL"/>
        </w:rPr>
      </w:pPr>
    </w:p>
    <w:p w14:paraId="07911A6B" w14:textId="194AEF3D"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b/>
          <w:bCs/>
          <w:sz w:val="25"/>
          <w:szCs w:val="25"/>
          <w:lang w:val="nl-NL"/>
        </w:rPr>
        <w:t xml:space="preserve">2. Diep gevallen. </w:t>
      </w:r>
      <w:r w:rsidRPr="00FB7A9F">
        <w:rPr>
          <w:rFonts w:ascii="Times New Roman" w:hAnsi="Times New Roman" w:cs="Times New Roman"/>
          <w:b/>
          <w:bCs/>
          <w:sz w:val="25"/>
          <w:szCs w:val="25"/>
          <w:lang w:val="nl-NL"/>
        </w:rPr>
        <w:br/>
      </w:r>
      <w:r w:rsidRPr="00FB7A9F">
        <w:rPr>
          <w:rFonts w:ascii="Times New Roman" w:hAnsi="Times New Roman" w:cs="Times New Roman"/>
          <w:sz w:val="25"/>
          <w:szCs w:val="25"/>
          <w:lang w:val="nl-NL"/>
        </w:rPr>
        <w:t xml:space="preserve">Kijkend naar vraag 7: </w:t>
      </w:r>
      <w:r w:rsidRPr="00BA51D1">
        <w:rPr>
          <w:rFonts w:ascii="Times New Roman" w:hAnsi="Times New Roman" w:cs="Times New Roman"/>
          <w:sz w:val="25"/>
          <w:szCs w:val="25"/>
          <w:lang w:val="nl-NL"/>
        </w:rPr>
        <w:t>Van waar komt dan zulke verdorven aard des mensen?</w:t>
      </w:r>
      <w:r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br/>
        <w:t xml:space="preserve">Antwoord: </w:t>
      </w:r>
      <w:r w:rsidRPr="00FB7A9F">
        <w:rPr>
          <w:rFonts w:ascii="Times New Roman" w:hAnsi="Times New Roman" w:cs="Times New Roman"/>
          <w:i/>
          <w:iCs/>
          <w:sz w:val="25"/>
          <w:szCs w:val="25"/>
          <w:lang w:val="nl-NL"/>
        </w:rPr>
        <w:t>Uit de val en de ongehoorzaamheid van onze eerste voorouders Adam en Eva in het paradijs</w:t>
      </w:r>
      <w:r w:rsidR="00FA3866" w:rsidRPr="00FB7A9F">
        <w:rPr>
          <w:rFonts w:ascii="Times New Roman" w:hAnsi="Times New Roman" w:cs="Times New Roman"/>
          <w:i/>
          <w:iCs/>
          <w:sz w:val="25"/>
          <w:szCs w:val="25"/>
          <w:lang w:val="nl-NL"/>
        </w:rPr>
        <w:t>, w</w:t>
      </w:r>
      <w:r w:rsidRPr="00FB7A9F">
        <w:rPr>
          <w:rFonts w:ascii="Times New Roman" w:hAnsi="Times New Roman" w:cs="Times New Roman"/>
          <w:i/>
          <w:iCs/>
          <w:sz w:val="25"/>
          <w:szCs w:val="25"/>
          <w:lang w:val="nl-NL"/>
        </w:rPr>
        <w:t>aar onze natuur zo verdorven is geworden dat wij allemaal in zonde ontvangen en geboren worden.</w:t>
      </w:r>
      <w:r w:rsidRPr="00FB7A9F">
        <w:rPr>
          <w:rFonts w:ascii="Times New Roman" w:hAnsi="Times New Roman" w:cs="Times New Roman"/>
          <w:sz w:val="25"/>
          <w:szCs w:val="25"/>
          <w:lang w:val="nl-NL"/>
        </w:rPr>
        <w:t xml:space="preserve"> </w:t>
      </w:r>
    </w:p>
    <w:p w14:paraId="64AF1D56" w14:textId="3C8D89DA"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br/>
        <w:t xml:space="preserve">Onze natuur was volmaakt, </w:t>
      </w:r>
      <w:r w:rsidR="00BA51D1">
        <w:rPr>
          <w:rFonts w:ascii="Times New Roman" w:hAnsi="Times New Roman" w:cs="Times New Roman"/>
          <w:sz w:val="25"/>
          <w:szCs w:val="25"/>
          <w:lang w:val="nl-NL"/>
        </w:rPr>
        <w:t xml:space="preserve">die was </w:t>
      </w:r>
      <w:r w:rsidRPr="00FB7A9F">
        <w:rPr>
          <w:rFonts w:ascii="Times New Roman" w:hAnsi="Times New Roman" w:cs="Times New Roman"/>
          <w:sz w:val="25"/>
          <w:szCs w:val="25"/>
          <w:lang w:val="nl-NL"/>
        </w:rPr>
        <w:t>perfect</w:t>
      </w:r>
      <w:r w:rsidR="00BA51D1">
        <w:rPr>
          <w:rFonts w:ascii="Times New Roman" w:hAnsi="Times New Roman" w:cs="Times New Roman"/>
          <w:sz w:val="25"/>
          <w:szCs w:val="25"/>
          <w:lang w:val="nl-NL"/>
        </w:rPr>
        <w:t>. M</w:t>
      </w:r>
      <w:r w:rsidRPr="00FB7A9F">
        <w:rPr>
          <w:rFonts w:ascii="Times New Roman" w:hAnsi="Times New Roman" w:cs="Times New Roman"/>
          <w:sz w:val="25"/>
          <w:szCs w:val="25"/>
          <w:lang w:val="nl-NL"/>
        </w:rPr>
        <w:t xml:space="preserve">aar we zijn diep gevallen in de zonde. Daarom heet het ook de </w:t>
      </w:r>
      <w:r w:rsidRPr="00FB7A9F">
        <w:rPr>
          <w:rFonts w:ascii="Times New Roman" w:hAnsi="Times New Roman" w:cs="Times New Roman"/>
          <w:i/>
          <w:iCs/>
          <w:sz w:val="25"/>
          <w:szCs w:val="25"/>
          <w:lang w:val="nl-NL"/>
        </w:rPr>
        <w:t>zondeval</w:t>
      </w:r>
      <w:r w:rsidRPr="00FB7A9F">
        <w:rPr>
          <w:rFonts w:ascii="Times New Roman" w:hAnsi="Times New Roman" w:cs="Times New Roman"/>
          <w:sz w:val="25"/>
          <w:szCs w:val="25"/>
          <w:lang w:val="nl-NL"/>
        </w:rPr>
        <w:t xml:space="preserve">. We stonden door onze schepping op een heel bijzondere, hoge plaats, als kinderen van de allerhoogste God. Maar we vielen door de zonde in een onmetelijke diepte, in een diep ravijn, in de diepte van dood, vijandschap en verlorenheid. </w:t>
      </w:r>
    </w:p>
    <w:p w14:paraId="2D055B5D"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Zoals Paulus zegt: Door één zonde, </w:t>
      </w:r>
      <w:r w:rsidRPr="00FB7A9F">
        <w:rPr>
          <w:rFonts w:ascii="Times New Roman" w:hAnsi="Times New Roman" w:cs="Times New Roman"/>
          <w:i/>
          <w:iCs/>
          <w:sz w:val="25"/>
          <w:szCs w:val="25"/>
          <w:lang w:val="nl-NL"/>
        </w:rPr>
        <w:t>door één mens is de zonde in de wereld gekomen</w:t>
      </w:r>
      <w:r w:rsidRPr="00FB7A9F">
        <w:rPr>
          <w:rFonts w:ascii="Times New Roman" w:hAnsi="Times New Roman" w:cs="Times New Roman"/>
          <w:sz w:val="25"/>
          <w:szCs w:val="25"/>
          <w:lang w:val="nl-NL"/>
        </w:rPr>
        <w:t xml:space="preserve">. </w:t>
      </w:r>
      <w:r w:rsidRPr="00FB7A9F">
        <w:rPr>
          <w:rFonts w:ascii="Times New Roman" w:hAnsi="Times New Roman" w:cs="Times New Roman"/>
          <w:i/>
          <w:iCs/>
          <w:sz w:val="25"/>
          <w:szCs w:val="25"/>
          <w:lang w:val="nl-NL"/>
        </w:rPr>
        <w:t>En door de zonde de dood.</w:t>
      </w:r>
      <w:r w:rsidRPr="00FB7A9F">
        <w:rPr>
          <w:rFonts w:ascii="Times New Roman" w:hAnsi="Times New Roman" w:cs="Times New Roman"/>
          <w:sz w:val="25"/>
          <w:szCs w:val="25"/>
          <w:lang w:val="nl-NL"/>
        </w:rPr>
        <w:t xml:space="preserve"> En sindsdien bestaat ons leven niet meer uit het dienen en liefhebben van God, maar uit geestelijk dood zijn door de misdaden en de zonde. </w:t>
      </w:r>
    </w:p>
    <w:p w14:paraId="418EC093"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br/>
        <w:t xml:space="preserve">En dat alles, gemeente, begon (dat hebben we gelezen in Genesis 3) met die ene misdaad in het paradijs, waar we tegen God zijn opgestaan. We zijn ongehoorzaam geweest, we zijn opgestaan tegen God, want we wilden diep in ons hart </w:t>
      </w:r>
      <w:r w:rsidRPr="00FB7A9F">
        <w:rPr>
          <w:rFonts w:ascii="Times New Roman" w:hAnsi="Times New Roman" w:cs="Times New Roman"/>
          <w:i/>
          <w:iCs/>
          <w:sz w:val="25"/>
          <w:szCs w:val="25"/>
          <w:lang w:val="nl-NL"/>
        </w:rPr>
        <w:t>als</w:t>
      </w:r>
      <w:r w:rsidRPr="00FB7A9F">
        <w:rPr>
          <w:rFonts w:ascii="Times New Roman" w:hAnsi="Times New Roman" w:cs="Times New Roman"/>
          <w:sz w:val="25"/>
          <w:szCs w:val="25"/>
          <w:lang w:val="nl-NL"/>
        </w:rPr>
        <w:t xml:space="preserve"> </w:t>
      </w:r>
      <w:r w:rsidRPr="00FB7A9F">
        <w:rPr>
          <w:rFonts w:ascii="Times New Roman" w:hAnsi="Times New Roman" w:cs="Times New Roman"/>
          <w:i/>
          <w:iCs/>
          <w:sz w:val="25"/>
          <w:szCs w:val="25"/>
          <w:lang w:val="nl-NL"/>
        </w:rPr>
        <w:t>God</w:t>
      </w:r>
      <w:r w:rsidRPr="00FB7A9F">
        <w:rPr>
          <w:rFonts w:ascii="Times New Roman" w:hAnsi="Times New Roman" w:cs="Times New Roman"/>
          <w:sz w:val="25"/>
          <w:szCs w:val="25"/>
          <w:lang w:val="nl-NL"/>
        </w:rPr>
        <w:t xml:space="preserve"> zijn. </w:t>
      </w:r>
    </w:p>
    <w:p w14:paraId="1C7E8D50"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Dat was niet zomaar een foutje. Dat was niet zomaar een vergissing, waar je even sorry voor kunt zeggen. Dat was doelbewuste opstand tegen God. Een poging om als God te zijn, en dus een greep naar de macht. Harde verachting van de liefde van onze Schepper, verwerping dus van, en haat tegen God. Het was een dolkstoot naar het hart van de Vader. </w:t>
      </w:r>
    </w:p>
    <w:p w14:paraId="3DFFFB99" w14:textId="77777777" w:rsidR="00732FB8" w:rsidRPr="00FB7A9F" w:rsidRDefault="00732FB8" w:rsidP="00732FB8">
      <w:pPr>
        <w:pStyle w:val="Geenafstand"/>
        <w:rPr>
          <w:rFonts w:ascii="Times New Roman" w:hAnsi="Times New Roman" w:cs="Times New Roman"/>
          <w:sz w:val="25"/>
          <w:szCs w:val="25"/>
          <w:lang w:val="nl-NL"/>
        </w:rPr>
      </w:pPr>
    </w:p>
    <w:p w14:paraId="334073C9" w14:textId="77777777" w:rsidR="002972EB"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In Adam zijn alle mensen gevallen. Hij heeft heel zijn nageslacht, weten we uit de Bijbel, meegesleurd in zonde, nood en dood. </w:t>
      </w:r>
    </w:p>
    <w:p w14:paraId="21AAC954" w14:textId="77777777" w:rsidR="00930584"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Ik snap, jongelui, dat dat botst met andere stemmen die je om je heen hoort. Laat ik het twee noemen. </w:t>
      </w:r>
      <w:r w:rsidRPr="00FB7A9F">
        <w:rPr>
          <w:rFonts w:ascii="Times New Roman" w:hAnsi="Times New Roman" w:cs="Times New Roman"/>
          <w:sz w:val="25"/>
          <w:szCs w:val="25"/>
          <w:lang w:val="nl-NL"/>
        </w:rPr>
        <w:br/>
        <w:t xml:space="preserve">De één zegt vanuit de moderne psychologie tegen je (en je kan het overal lezen): </w:t>
      </w:r>
      <w:r w:rsidR="001B0D65"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Geloof het, joh, je bent oké. Je bent helemaal oké van jezelf.</w:t>
      </w:r>
      <w:r w:rsidR="001B0D65"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br/>
        <w:t xml:space="preserve">Terwijl je stiekem bij jezelf hier van binnen blijft denken: </w:t>
      </w:r>
      <w:r w:rsidR="00930584">
        <w:rPr>
          <w:rFonts w:ascii="Times New Roman" w:hAnsi="Times New Roman" w:cs="Times New Roman"/>
          <w:sz w:val="25"/>
          <w:szCs w:val="25"/>
          <w:lang w:val="nl-NL"/>
        </w:rPr>
        <w:t>“</w:t>
      </w:r>
      <w:r w:rsidRPr="00FB7A9F">
        <w:rPr>
          <w:rFonts w:ascii="Times New Roman" w:hAnsi="Times New Roman" w:cs="Times New Roman"/>
          <w:sz w:val="25"/>
          <w:szCs w:val="25"/>
          <w:lang w:val="nl-NL"/>
        </w:rPr>
        <w:t>Ja, maar klopt dat</w:t>
      </w:r>
      <w:r w:rsidR="00930584">
        <w:rPr>
          <w:rFonts w:ascii="Times New Roman" w:hAnsi="Times New Roman" w:cs="Times New Roman"/>
          <w:sz w:val="25"/>
          <w:szCs w:val="25"/>
          <w:lang w:val="nl-NL"/>
        </w:rPr>
        <w:t xml:space="preserve"> wel</w:t>
      </w:r>
      <w:r w:rsidRPr="00FB7A9F">
        <w:rPr>
          <w:rFonts w:ascii="Times New Roman" w:hAnsi="Times New Roman" w:cs="Times New Roman"/>
          <w:sz w:val="25"/>
          <w:szCs w:val="25"/>
          <w:lang w:val="nl-NL"/>
        </w:rPr>
        <w:t>?</w:t>
      </w:r>
      <w:r w:rsidR="00930584">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t>
      </w:r>
      <w:r w:rsidR="00930584">
        <w:rPr>
          <w:rFonts w:ascii="Times New Roman" w:hAnsi="Times New Roman" w:cs="Times New Roman"/>
          <w:sz w:val="25"/>
          <w:szCs w:val="25"/>
          <w:lang w:val="nl-NL"/>
        </w:rPr>
        <w:br/>
      </w:r>
    </w:p>
    <w:p w14:paraId="2063E5A4" w14:textId="547F95FD"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Dat zegt de één vanuit de moderne psychologie. En een ander zegt vanuit de evolutiegedachte: </w:t>
      </w:r>
      <w:r w:rsidR="00930584">
        <w:rPr>
          <w:rFonts w:ascii="Times New Roman" w:hAnsi="Times New Roman" w:cs="Times New Roman"/>
          <w:sz w:val="25"/>
          <w:szCs w:val="25"/>
          <w:lang w:val="nl-NL"/>
        </w:rPr>
        <w:t>“</w:t>
      </w:r>
      <w:r w:rsidRPr="00FB7A9F">
        <w:rPr>
          <w:rFonts w:ascii="Times New Roman" w:hAnsi="Times New Roman" w:cs="Times New Roman"/>
          <w:sz w:val="25"/>
          <w:szCs w:val="25"/>
          <w:lang w:val="nl-NL"/>
        </w:rPr>
        <w:t>Geloof me, meer dan een doorontwikkeld dier ben je niet. De loop van de natuur is onveranderbaar. Dus je bent wie je bent en je blijft wie je bent. Onveranderbaar.</w:t>
      </w:r>
      <w:r w:rsidR="00930584">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Een knap hopeloze gedachte… </w:t>
      </w:r>
    </w:p>
    <w:p w14:paraId="336D7BE0" w14:textId="77777777" w:rsidR="00732FB8" w:rsidRPr="00FB7A9F" w:rsidRDefault="00732FB8" w:rsidP="00732FB8">
      <w:pPr>
        <w:pStyle w:val="Geenafstand"/>
        <w:rPr>
          <w:rFonts w:ascii="Times New Roman" w:hAnsi="Times New Roman" w:cs="Times New Roman"/>
          <w:sz w:val="25"/>
          <w:szCs w:val="25"/>
          <w:lang w:val="nl-NL"/>
        </w:rPr>
      </w:pPr>
    </w:p>
    <w:p w14:paraId="0A361C2A" w14:textId="2223CC3D"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En tegenover die twee stemmen en zoveel meer andere stemmen plaatst God Zijn werkelijkheid. Triest en dramatisch, maar niet hopeloos. </w:t>
      </w:r>
      <w:r w:rsidRPr="00FB7A9F">
        <w:rPr>
          <w:rFonts w:ascii="Times New Roman" w:hAnsi="Times New Roman" w:cs="Times New Roman"/>
          <w:sz w:val="25"/>
          <w:szCs w:val="25"/>
          <w:lang w:val="nl-NL"/>
        </w:rPr>
        <w:br/>
        <w:t xml:space="preserve">Deze werkelijkheid: Ik, God, wilde dat de </w:t>
      </w:r>
      <w:r w:rsidRPr="00FB7A9F">
        <w:rPr>
          <w:rFonts w:ascii="Times New Roman" w:hAnsi="Times New Roman" w:cs="Times New Roman"/>
          <w:i/>
          <w:iCs/>
          <w:sz w:val="25"/>
          <w:szCs w:val="25"/>
          <w:lang w:val="nl-NL"/>
        </w:rPr>
        <w:t>eerste</w:t>
      </w:r>
      <w:r w:rsidRPr="00FB7A9F">
        <w:rPr>
          <w:rFonts w:ascii="Times New Roman" w:hAnsi="Times New Roman" w:cs="Times New Roman"/>
          <w:sz w:val="25"/>
          <w:szCs w:val="25"/>
          <w:lang w:val="nl-NL"/>
        </w:rPr>
        <w:t xml:space="preserve"> Adam alle mensen na hem zou vertegenwoordigen. En in het paradijs sleurde die Adam alle mensen met zich mee. Ook jou, ook mij, ook ons. Hopeloos? Nee, want de Heere wilde ook dat de </w:t>
      </w:r>
      <w:r w:rsidRPr="00FB7A9F">
        <w:rPr>
          <w:rFonts w:ascii="Times New Roman" w:hAnsi="Times New Roman" w:cs="Times New Roman"/>
          <w:i/>
          <w:iCs/>
          <w:sz w:val="25"/>
          <w:szCs w:val="25"/>
          <w:lang w:val="nl-NL"/>
        </w:rPr>
        <w:t>laatste</w:t>
      </w:r>
      <w:r w:rsidRPr="00FB7A9F">
        <w:rPr>
          <w:rFonts w:ascii="Times New Roman" w:hAnsi="Times New Roman" w:cs="Times New Roman"/>
          <w:sz w:val="25"/>
          <w:szCs w:val="25"/>
          <w:lang w:val="nl-NL"/>
        </w:rPr>
        <w:t xml:space="preserve"> Adam, de Heere Jezus Christus, al Zijn kinderen mee zou dragen door de ellende van nood en dood heen, tot herstel en eeuwig leven. </w:t>
      </w:r>
    </w:p>
    <w:p w14:paraId="58E33E4A" w14:textId="4B880888" w:rsidR="00732FB8" w:rsidRPr="00FB7A9F" w:rsidRDefault="00B500CC" w:rsidP="00732FB8">
      <w:pPr>
        <w:pStyle w:val="Geenafstand"/>
        <w:rPr>
          <w:rFonts w:ascii="Times New Roman" w:hAnsi="Times New Roman" w:cs="Times New Roman"/>
          <w:sz w:val="25"/>
          <w:szCs w:val="25"/>
          <w:lang w:val="nl-NL"/>
        </w:rPr>
      </w:pPr>
      <w:r>
        <w:rPr>
          <w:rFonts w:ascii="Times New Roman" w:hAnsi="Times New Roman" w:cs="Times New Roman"/>
          <w:sz w:val="25"/>
          <w:szCs w:val="25"/>
          <w:lang w:val="nl-NL"/>
        </w:rPr>
        <w:lastRenderedPageBreak/>
        <w:t xml:space="preserve">Dat je dat </w:t>
      </w:r>
      <w:r w:rsidR="00732FB8" w:rsidRPr="00FB7A9F">
        <w:rPr>
          <w:rFonts w:ascii="Times New Roman" w:hAnsi="Times New Roman" w:cs="Times New Roman"/>
          <w:sz w:val="25"/>
          <w:szCs w:val="25"/>
          <w:lang w:val="nl-NL"/>
        </w:rPr>
        <w:t>eerste wat God zegt</w:t>
      </w:r>
      <w:r>
        <w:rPr>
          <w:rFonts w:ascii="Times New Roman" w:hAnsi="Times New Roman" w:cs="Times New Roman"/>
          <w:sz w:val="25"/>
          <w:szCs w:val="25"/>
          <w:lang w:val="nl-NL"/>
        </w:rPr>
        <w:t>,</w:t>
      </w:r>
      <w:r w:rsidR="00732FB8" w:rsidRPr="00FB7A9F">
        <w:rPr>
          <w:rFonts w:ascii="Times New Roman" w:hAnsi="Times New Roman" w:cs="Times New Roman"/>
          <w:sz w:val="25"/>
          <w:szCs w:val="25"/>
          <w:lang w:val="nl-NL"/>
        </w:rPr>
        <w:t xml:space="preserve"> buigend voor Hem aanvaart, dat </w:t>
      </w:r>
      <w:r>
        <w:rPr>
          <w:rFonts w:ascii="Times New Roman" w:hAnsi="Times New Roman" w:cs="Times New Roman"/>
          <w:sz w:val="25"/>
          <w:szCs w:val="25"/>
          <w:lang w:val="nl-NL"/>
        </w:rPr>
        <w:t xml:space="preserve">is </w:t>
      </w:r>
      <w:r w:rsidR="00732FB8" w:rsidRPr="00FB7A9F">
        <w:rPr>
          <w:rFonts w:ascii="Times New Roman" w:hAnsi="Times New Roman" w:cs="Times New Roman"/>
          <w:sz w:val="25"/>
          <w:szCs w:val="25"/>
          <w:lang w:val="nl-NL"/>
        </w:rPr>
        <w:t>de weg om dat tweede, van Christus, van de tweede Adam uit genade</w:t>
      </w:r>
      <w:r w:rsidR="003D7CD6">
        <w:rPr>
          <w:rFonts w:ascii="Times New Roman" w:hAnsi="Times New Roman" w:cs="Times New Roman"/>
          <w:sz w:val="25"/>
          <w:szCs w:val="25"/>
          <w:lang w:val="nl-NL"/>
        </w:rPr>
        <w:t xml:space="preserve"> en </w:t>
      </w:r>
      <w:r w:rsidR="00732FB8" w:rsidRPr="00FB7A9F">
        <w:rPr>
          <w:rFonts w:ascii="Times New Roman" w:hAnsi="Times New Roman" w:cs="Times New Roman"/>
          <w:sz w:val="25"/>
          <w:szCs w:val="25"/>
          <w:lang w:val="nl-NL"/>
        </w:rPr>
        <w:t xml:space="preserve">voor niets van Hem te krijgen. </w:t>
      </w:r>
    </w:p>
    <w:p w14:paraId="20D97E38" w14:textId="77777777" w:rsidR="00732FB8" w:rsidRPr="00FB7A9F" w:rsidRDefault="00732FB8" w:rsidP="00732FB8">
      <w:pPr>
        <w:pStyle w:val="Geenafstand"/>
        <w:rPr>
          <w:rFonts w:ascii="Times New Roman" w:hAnsi="Times New Roman" w:cs="Times New Roman"/>
          <w:sz w:val="25"/>
          <w:szCs w:val="25"/>
          <w:lang w:val="nl-NL"/>
        </w:rPr>
      </w:pPr>
    </w:p>
    <w:p w14:paraId="52CBDBF2"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En dus jongelui, volwassenen, laat het gewillig tot je doordringen. Dit is de werkelijkheid. De Heere zegt eerlijk wie je was en Hij zegt eerlijk wie je bent. Je natuur was goed, maar die is door je eigen schuld totaal verdorven. Dat merk je toch zelf ook in je eigen leven? Ik wel. Zondigen, dat gaat gewoon vanzelf. Wantrouwen, begeren, liegen, God vergeten enzovoorts, het gaat allemaal </w:t>
      </w:r>
      <w:r w:rsidRPr="00FB7A9F">
        <w:rPr>
          <w:rFonts w:ascii="Times New Roman" w:hAnsi="Times New Roman" w:cs="Times New Roman"/>
          <w:i/>
          <w:iCs/>
          <w:sz w:val="25"/>
          <w:szCs w:val="25"/>
          <w:lang w:val="nl-NL"/>
        </w:rPr>
        <w:t>vanzelf,</w:t>
      </w:r>
      <w:r w:rsidRPr="00FB7A9F">
        <w:rPr>
          <w:rFonts w:ascii="Times New Roman" w:hAnsi="Times New Roman" w:cs="Times New Roman"/>
          <w:sz w:val="25"/>
          <w:szCs w:val="25"/>
          <w:lang w:val="nl-NL"/>
        </w:rPr>
        <w:t xml:space="preserve"> omdat je hart verdorven is. Daar komt het uit, uit een verdorven hart. </w:t>
      </w:r>
    </w:p>
    <w:p w14:paraId="71C1B631" w14:textId="697772D8"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br/>
      </w:r>
      <w:r w:rsidR="00C437E8">
        <w:rPr>
          <w:rFonts w:ascii="Times New Roman" w:hAnsi="Times New Roman" w:cs="Times New Roman"/>
          <w:sz w:val="25"/>
          <w:szCs w:val="25"/>
          <w:lang w:val="nl-NL"/>
        </w:rPr>
        <w:t>B</w:t>
      </w:r>
      <w:r w:rsidRPr="00FB7A9F">
        <w:rPr>
          <w:rFonts w:ascii="Times New Roman" w:hAnsi="Times New Roman" w:cs="Times New Roman"/>
          <w:sz w:val="25"/>
          <w:szCs w:val="25"/>
          <w:lang w:val="nl-NL"/>
        </w:rPr>
        <w:t xml:space="preserve">ij dat woord </w:t>
      </w:r>
      <w:r w:rsidRPr="00FB7A9F">
        <w:rPr>
          <w:rFonts w:ascii="Times New Roman" w:hAnsi="Times New Roman" w:cs="Times New Roman"/>
          <w:i/>
          <w:iCs/>
          <w:sz w:val="25"/>
          <w:szCs w:val="25"/>
          <w:lang w:val="nl-NL"/>
        </w:rPr>
        <w:t>verdorven</w:t>
      </w:r>
      <w:r w:rsidRPr="00FB7A9F">
        <w:rPr>
          <w:rFonts w:ascii="Times New Roman" w:hAnsi="Times New Roman" w:cs="Times New Roman"/>
          <w:sz w:val="25"/>
          <w:szCs w:val="25"/>
          <w:lang w:val="nl-NL"/>
        </w:rPr>
        <w:t xml:space="preserve"> denk ik </w:t>
      </w:r>
      <w:r w:rsidR="00C437E8">
        <w:rPr>
          <w:rFonts w:ascii="Times New Roman" w:hAnsi="Times New Roman" w:cs="Times New Roman"/>
          <w:sz w:val="25"/>
          <w:szCs w:val="25"/>
          <w:lang w:val="nl-NL"/>
        </w:rPr>
        <w:t xml:space="preserve">trouwens </w:t>
      </w:r>
      <w:r w:rsidRPr="00FB7A9F">
        <w:rPr>
          <w:rFonts w:ascii="Times New Roman" w:hAnsi="Times New Roman" w:cs="Times New Roman"/>
          <w:sz w:val="25"/>
          <w:szCs w:val="25"/>
          <w:lang w:val="nl-NL"/>
        </w:rPr>
        <w:t>aan iets wat bedorven is. Bedorven eten, bedorven melk, bedorven vlees</w:t>
      </w:r>
      <w:r w:rsidR="00C437E8">
        <w:rPr>
          <w:rFonts w:ascii="Times New Roman" w:hAnsi="Times New Roman" w:cs="Times New Roman"/>
          <w:sz w:val="25"/>
          <w:szCs w:val="25"/>
          <w:lang w:val="nl-NL"/>
        </w:rPr>
        <w:t>. H</w:t>
      </w:r>
      <w:r w:rsidRPr="00FB7A9F">
        <w:rPr>
          <w:rFonts w:ascii="Times New Roman" w:hAnsi="Times New Roman" w:cs="Times New Roman"/>
          <w:sz w:val="25"/>
          <w:szCs w:val="25"/>
          <w:lang w:val="nl-NL"/>
        </w:rPr>
        <w:t>et stinkt</w:t>
      </w:r>
      <w:r w:rsidR="00C437E8">
        <w:rPr>
          <w:rFonts w:ascii="Times New Roman" w:hAnsi="Times New Roman" w:cs="Times New Roman"/>
          <w:sz w:val="25"/>
          <w:szCs w:val="25"/>
          <w:lang w:val="nl-NL"/>
        </w:rPr>
        <w:t>! En w</w:t>
      </w:r>
      <w:r w:rsidRPr="00FB7A9F">
        <w:rPr>
          <w:rFonts w:ascii="Times New Roman" w:hAnsi="Times New Roman" w:cs="Times New Roman"/>
          <w:sz w:val="25"/>
          <w:szCs w:val="25"/>
          <w:lang w:val="nl-NL"/>
        </w:rPr>
        <w:t xml:space="preserve">at je ook doet, je krijgt het echt nooit meer goed. Het enige wat je ermee kan doen is: weggooien. </w:t>
      </w:r>
    </w:p>
    <w:p w14:paraId="2F77697E" w14:textId="77777777" w:rsidR="00732FB8" w:rsidRPr="00FB7A9F" w:rsidRDefault="00732FB8" w:rsidP="00732FB8">
      <w:pPr>
        <w:pStyle w:val="Geenafstand"/>
        <w:rPr>
          <w:rFonts w:ascii="Times New Roman" w:hAnsi="Times New Roman" w:cs="Times New Roman"/>
          <w:sz w:val="25"/>
          <w:szCs w:val="25"/>
          <w:lang w:val="nl-NL"/>
        </w:rPr>
      </w:pPr>
    </w:p>
    <w:p w14:paraId="1316CBA3" w14:textId="4B9BF776"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Wat doet het veel verdriet in je hart</w:t>
      </w:r>
      <w:r w:rsidR="0083306A">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als je door het licht van God de Heilige Geest (</w:t>
      </w:r>
      <w:r w:rsidR="0083306A" w:rsidRPr="00FB7A9F">
        <w:rPr>
          <w:rFonts w:ascii="Times New Roman" w:hAnsi="Times New Roman" w:cs="Times New Roman"/>
          <w:sz w:val="25"/>
          <w:szCs w:val="25"/>
          <w:lang w:val="nl-NL"/>
        </w:rPr>
        <w:t xml:space="preserve">schijnend </w:t>
      </w:r>
      <w:r w:rsidRPr="00FB7A9F">
        <w:rPr>
          <w:rFonts w:ascii="Times New Roman" w:hAnsi="Times New Roman" w:cs="Times New Roman"/>
          <w:sz w:val="25"/>
          <w:szCs w:val="25"/>
          <w:lang w:val="nl-NL"/>
        </w:rPr>
        <w:t xml:space="preserve">in het donker van je hart) die werkelijkheid hier van binnen gaat zien. Ik was goed, maar nu ben ik bedorven. Bedorven in mijn natuur, in mijn aard, in mijn wezen, in mijn hart. Zo verdorven dat ik in zonde ontvangen en geboren ben. En dat ik sindsdien niets anders wil en kan dan: zondigen tegen God. </w:t>
      </w:r>
    </w:p>
    <w:p w14:paraId="6C8EDCEA" w14:textId="77777777" w:rsidR="00732FB8" w:rsidRPr="00FB7A9F" w:rsidRDefault="00732FB8" w:rsidP="00732FB8">
      <w:pPr>
        <w:pStyle w:val="Geenafstand"/>
        <w:rPr>
          <w:rFonts w:ascii="Times New Roman" w:hAnsi="Times New Roman" w:cs="Times New Roman"/>
          <w:sz w:val="25"/>
          <w:szCs w:val="25"/>
          <w:lang w:val="nl-NL"/>
        </w:rPr>
      </w:pPr>
    </w:p>
    <w:p w14:paraId="3FBDFFC2" w14:textId="69168476"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Maar wat wordt het een wonder en wat geeft het hoop aan je aan zonde ontdekte hart</w:t>
      </w:r>
      <w:r w:rsidR="00AE09A4">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t>de wetenschap, jongelui</w:t>
      </w:r>
      <w:r w:rsidR="00AE09A4">
        <w:rPr>
          <w:rFonts w:ascii="Times New Roman" w:hAnsi="Times New Roman" w:cs="Times New Roman"/>
          <w:sz w:val="25"/>
          <w:szCs w:val="25"/>
          <w:lang w:val="nl-NL"/>
        </w:rPr>
        <w:t xml:space="preserve">, </w:t>
      </w:r>
      <w:r w:rsidR="00097E21">
        <w:rPr>
          <w:rFonts w:ascii="Times New Roman" w:hAnsi="Times New Roman" w:cs="Times New Roman"/>
          <w:sz w:val="25"/>
          <w:szCs w:val="25"/>
          <w:lang w:val="nl-NL"/>
        </w:rPr>
        <w:t xml:space="preserve">dat wij </w:t>
      </w:r>
      <w:r w:rsidRPr="00FB7A9F">
        <w:rPr>
          <w:rFonts w:ascii="Times New Roman" w:hAnsi="Times New Roman" w:cs="Times New Roman"/>
          <w:sz w:val="25"/>
          <w:szCs w:val="25"/>
          <w:lang w:val="nl-NL"/>
        </w:rPr>
        <w:t xml:space="preserve">niet gedetermineerd </w:t>
      </w:r>
      <w:r w:rsidR="00097E21">
        <w:rPr>
          <w:rFonts w:ascii="Times New Roman" w:hAnsi="Times New Roman" w:cs="Times New Roman"/>
          <w:sz w:val="25"/>
          <w:szCs w:val="25"/>
          <w:lang w:val="nl-NL"/>
        </w:rPr>
        <w:t xml:space="preserve">zijn </w:t>
      </w:r>
      <w:r w:rsidRPr="00FB7A9F">
        <w:rPr>
          <w:rFonts w:ascii="Times New Roman" w:hAnsi="Times New Roman" w:cs="Times New Roman"/>
          <w:sz w:val="25"/>
          <w:szCs w:val="25"/>
          <w:lang w:val="nl-NL"/>
        </w:rPr>
        <w:t>door evolutie</w:t>
      </w:r>
      <w:r w:rsidR="00097E21">
        <w:rPr>
          <w:rFonts w:ascii="Times New Roman" w:hAnsi="Times New Roman" w:cs="Times New Roman"/>
          <w:sz w:val="25"/>
          <w:szCs w:val="25"/>
          <w:lang w:val="nl-NL"/>
        </w:rPr>
        <w:t xml:space="preserve"> of </w:t>
      </w:r>
      <w:r w:rsidRPr="00FB7A9F">
        <w:rPr>
          <w:rFonts w:ascii="Times New Roman" w:hAnsi="Times New Roman" w:cs="Times New Roman"/>
          <w:sz w:val="25"/>
          <w:szCs w:val="25"/>
          <w:lang w:val="nl-NL"/>
        </w:rPr>
        <w:t xml:space="preserve">door ons </w:t>
      </w:r>
      <w:r w:rsidR="00097E21">
        <w:rPr>
          <w:rFonts w:ascii="Times New Roman" w:hAnsi="Times New Roman" w:cs="Times New Roman"/>
          <w:sz w:val="25"/>
          <w:szCs w:val="25"/>
          <w:lang w:val="nl-NL"/>
        </w:rPr>
        <w:t xml:space="preserve">menselijke </w:t>
      </w:r>
      <w:r w:rsidRPr="00FB7A9F">
        <w:rPr>
          <w:rFonts w:ascii="Times New Roman" w:hAnsi="Times New Roman" w:cs="Times New Roman"/>
          <w:sz w:val="25"/>
          <w:szCs w:val="25"/>
          <w:lang w:val="nl-NL"/>
        </w:rPr>
        <w:t xml:space="preserve">brein, zoals professor Swaab beweert. Ons hart </w:t>
      </w:r>
      <w:r w:rsidR="00097E21">
        <w:rPr>
          <w:rFonts w:ascii="Times New Roman" w:hAnsi="Times New Roman" w:cs="Times New Roman"/>
          <w:sz w:val="25"/>
          <w:szCs w:val="25"/>
          <w:lang w:val="nl-NL"/>
        </w:rPr>
        <w:t>í</w:t>
      </w:r>
      <w:r w:rsidRPr="00FB7A9F">
        <w:rPr>
          <w:rFonts w:ascii="Times New Roman" w:hAnsi="Times New Roman" w:cs="Times New Roman"/>
          <w:sz w:val="25"/>
          <w:szCs w:val="25"/>
          <w:lang w:val="nl-NL"/>
        </w:rPr>
        <w:t xml:space="preserve">s niet onveranderbaar. Want </w:t>
      </w:r>
      <w:r w:rsidRPr="00FB7A9F">
        <w:rPr>
          <w:rFonts w:ascii="Times New Roman" w:hAnsi="Times New Roman" w:cs="Times New Roman"/>
          <w:i/>
          <w:iCs/>
          <w:sz w:val="25"/>
          <w:szCs w:val="25"/>
          <w:lang w:val="nl-NL"/>
        </w:rPr>
        <w:t>alle</w:t>
      </w:r>
      <w:r w:rsidRPr="00FB7A9F">
        <w:rPr>
          <w:rFonts w:ascii="Times New Roman" w:hAnsi="Times New Roman" w:cs="Times New Roman"/>
          <w:sz w:val="25"/>
          <w:szCs w:val="25"/>
          <w:lang w:val="nl-NL"/>
        </w:rPr>
        <w:t xml:space="preserve"> dingen zijn mogelijk bij God. </w:t>
      </w:r>
      <w:r w:rsidRPr="00FB7A9F">
        <w:rPr>
          <w:rFonts w:ascii="Times New Roman" w:hAnsi="Times New Roman" w:cs="Times New Roman"/>
          <w:sz w:val="25"/>
          <w:szCs w:val="25"/>
          <w:lang w:val="nl-NL"/>
        </w:rPr>
        <w:br/>
        <w:t xml:space="preserve">Maar die hoop is wel een goudeerlijke hoop. De Heere houdt ons niet voor de gek. Wij zijn van onszelf, zegt God, </w:t>
      </w:r>
      <w:r w:rsidRPr="00FB7A9F">
        <w:rPr>
          <w:rFonts w:ascii="Times New Roman" w:hAnsi="Times New Roman" w:cs="Times New Roman"/>
          <w:i/>
          <w:iCs/>
          <w:sz w:val="25"/>
          <w:szCs w:val="25"/>
          <w:lang w:val="nl-NL"/>
        </w:rPr>
        <w:t>verdorven</w:t>
      </w:r>
      <w:r w:rsidRPr="00FB7A9F">
        <w:rPr>
          <w:rFonts w:ascii="Times New Roman" w:hAnsi="Times New Roman" w:cs="Times New Roman"/>
          <w:sz w:val="25"/>
          <w:szCs w:val="25"/>
          <w:lang w:val="nl-NL"/>
        </w:rPr>
        <w:t>.</w:t>
      </w:r>
    </w:p>
    <w:p w14:paraId="77098DF7" w14:textId="77777777" w:rsidR="00732FB8" w:rsidRPr="00FB7A9F" w:rsidRDefault="00732FB8" w:rsidP="00732FB8">
      <w:pPr>
        <w:pStyle w:val="Geenafstand"/>
        <w:rPr>
          <w:rFonts w:ascii="Times New Roman" w:hAnsi="Times New Roman" w:cs="Times New Roman"/>
          <w:sz w:val="25"/>
          <w:szCs w:val="25"/>
          <w:lang w:val="nl-NL"/>
        </w:rPr>
      </w:pPr>
    </w:p>
    <w:p w14:paraId="44982A6D" w14:textId="1FE49E0D"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Maar wat wordt het een wonder en wat geeft het hoop aan je aan zonde ontdekte hart, dat de Heere dat bedorven hart niet wegdoet. Hij doet er niet mee wat wij zouden doen: wegdoen, weggooien. </w:t>
      </w:r>
      <w:r w:rsidR="00897734">
        <w:rPr>
          <w:rFonts w:ascii="Times New Roman" w:hAnsi="Times New Roman" w:cs="Times New Roman"/>
          <w:sz w:val="25"/>
          <w:szCs w:val="25"/>
          <w:lang w:val="nl-NL"/>
        </w:rPr>
        <w:t xml:space="preserve">Hij zegt </w:t>
      </w:r>
      <w:r w:rsidRPr="00FB7A9F">
        <w:rPr>
          <w:rFonts w:ascii="Times New Roman" w:hAnsi="Times New Roman" w:cs="Times New Roman"/>
          <w:sz w:val="25"/>
          <w:szCs w:val="25"/>
          <w:lang w:val="nl-NL"/>
        </w:rPr>
        <w:t xml:space="preserve">niet direct (ja, dat kan je zelf wel denken, maar dat zegt de Heere niet), de Heere </w:t>
      </w:r>
      <w:r w:rsidR="00897734">
        <w:rPr>
          <w:rFonts w:ascii="Times New Roman" w:hAnsi="Times New Roman" w:cs="Times New Roman"/>
          <w:sz w:val="25"/>
          <w:szCs w:val="25"/>
          <w:lang w:val="nl-NL"/>
        </w:rPr>
        <w:t xml:space="preserve">zegt </w:t>
      </w:r>
      <w:r w:rsidRPr="00FB7A9F">
        <w:rPr>
          <w:rFonts w:ascii="Times New Roman" w:hAnsi="Times New Roman" w:cs="Times New Roman"/>
          <w:sz w:val="25"/>
          <w:szCs w:val="25"/>
          <w:lang w:val="nl-NL"/>
        </w:rPr>
        <w:t xml:space="preserve">niet direct: </w:t>
      </w:r>
      <w:r w:rsidR="00897734">
        <w:rPr>
          <w:rFonts w:ascii="Times New Roman" w:hAnsi="Times New Roman" w:cs="Times New Roman"/>
          <w:sz w:val="25"/>
          <w:szCs w:val="25"/>
          <w:lang w:val="nl-NL"/>
        </w:rPr>
        <w:t>“</w:t>
      </w:r>
      <w:r w:rsidRPr="00FB7A9F">
        <w:rPr>
          <w:rFonts w:ascii="Times New Roman" w:hAnsi="Times New Roman" w:cs="Times New Roman"/>
          <w:sz w:val="25"/>
          <w:szCs w:val="25"/>
          <w:lang w:val="nl-NL"/>
        </w:rPr>
        <w:t>Hier is geen redden meer aan. Hier is niets aan te veranderen. Dit is hopeloos, niets aan te doen. Ga maar weg.</w:t>
      </w:r>
      <w:r w:rsidR="00897734">
        <w:rPr>
          <w:rFonts w:ascii="Times New Roman" w:hAnsi="Times New Roman" w:cs="Times New Roman"/>
          <w:sz w:val="25"/>
          <w:szCs w:val="25"/>
          <w:lang w:val="nl-NL"/>
        </w:rPr>
        <w:t>”</w:t>
      </w:r>
    </w:p>
    <w:p w14:paraId="1CA06E71" w14:textId="77777777" w:rsidR="00732FB8" w:rsidRPr="00FB7A9F" w:rsidRDefault="00732FB8" w:rsidP="00732FB8">
      <w:pPr>
        <w:pStyle w:val="Geenafstand"/>
        <w:rPr>
          <w:rFonts w:ascii="Times New Roman" w:hAnsi="Times New Roman" w:cs="Times New Roman"/>
          <w:sz w:val="25"/>
          <w:szCs w:val="25"/>
          <w:lang w:val="nl-NL"/>
        </w:rPr>
      </w:pPr>
    </w:p>
    <w:p w14:paraId="51B9AC88" w14:textId="618FFAF5"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Nee, de Heere zegt vanmiddag: ‘Kom maar. Kom maar. Ik weet hoe je was, en Ik weet hoe je bent. En Ik zeg het je eerlijk en heel radicaal: je bent verloren, je bent bedorven. </w:t>
      </w:r>
      <w:r w:rsidRPr="00FB7A9F">
        <w:rPr>
          <w:rFonts w:ascii="Times New Roman" w:hAnsi="Times New Roman" w:cs="Times New Roman"/>
          <w:sz w:val="25"/>
          <w:szCs w:val="25"/>
          <w:lang w:val="nl-NL"/>
        </w:rPr>
        <w:br/>
        <w:t xml:space="preserve">Maar wat jij voor altijd stuk gemaakt hebt en wat jezelf nooit meer kan herstellen (alsjeblieft ga het ook nooit proberen), </w:t>
      </w:r>
      <w:r w:rsidR="005E0B45" w:rsidRPr="00FB7A9F">
        <w:rPr>
          <w:rFonts w:ascii="Times New Roman" w:hAnsi="Times New Roman" w:cs="Times New Roman"/>
          <w:sz w:val="25"/>
          <w:szCs w:val="25"/>
          <w:lang w:val="nl-NL"/>
        </w:rPr>
        <w:t xml:space="preserve">dat kan en wil </w:t>
      </w:r>
      <w:r w:rsidRPr="00FB7A9F">
        <w:rPr>
          <w:rFonts w:ascii="Times New Roman" w:hAnsi="Times New Roman" w:cs="Times New Roman"/>
          <w:sz w:val="25"/>
          <w:szCs w:val="25"/>
          <w:lang w:val="nl-NL"/>
        </w:rPr>
        <w:t>Ik</w:t>
      </w:r>
      <w:r w:rsidR="005E0B45"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de Heere</w:t>
      </w:r>
      <w:r w:rsidR="005E0B45" w:rsidRPr="00FB7A9F">
        <w:rPr>
          <w:rFonts w:ascii="Times New Roman" w:hAnsi="Times New Roman" w:cs="Times New Roman"/>
          <w:sz w:val="25"/>
          <w:szCs w:val="25"/>
          <w:lang w:val="nl-NL"/>
        </w:rPr>
        <w:t xml:space="preserve">, wel </w:t>
      </w:r>
      <w:r w:rsidRPr="00FB7A9F">
        <w:rPr>
          <w:rFonts w:ascii="Times New Roman" w:hAnsi="Times New Roman" w:cs="Times New Roman"/>
          <w:sz w:val="25"/>
          <w:szCs w:val="25"/>
          <w:lang w:val="nl-NL"/>
        </w:rPr>
        <w:t xml:space="preserve">herstellen. Geef dat hart maar aan Mij. </w:t>
      </w:r>
      <w:r w:rsidRPr="00222930">
        <w:rPr>
          <w:rFonts w:ascii="Times New Roman" w:hAnsi="Times New Roman" w:cs="Times New Roman"/>
          <w:i/>
          <w:iCs/>
          <w:sz w:val="25"/>
          <w:szCs w:val="25"/>
          <w:lang w:val="nl-NL"/>
        </w:rPr>
        <w:t>Mijn zoon, Mijn dochter, geef Mij je hart.</w:t>
      </w:r>
      <w:r w:rsidR="00F50142">
        <w:rPr>
          <w:rFonts w:ascii="Times New Roman" w:hAnsi="Times New Roman" w:cs="Times New Roman"/>
          <w:i/>
          <w:iCs/>
          <w:sz w:val="25"/>
          <w:szCs w:val="25"/>
          <w:lang w:val="nl-NL"/>
        </w:rPr>
        <w:t xml:space="preserve"> </w:t>
      </w:r>
      <w:r w:rsidRPr="00222930">
        <w:rPr>
          <w:rFonts w:ascii="Times New Roman" w:hAnsi="Times New Roman" w:cs="Times New Roman"/>
          <w:i/>
          <w:iCs/>
          <w:sz w:val="25"/>
          <w:szCs w:val="25"/>
          <w:lang w:val="nl-NL"/>
        </w:rPr>
        <w:br/>
      </w:r>
      <w:r w:rsidRPr="00FB7A9F">
        <w:rPr>
          <w:rFonts w:ascii="Times New Roman" w:hAnsi="Times New Roman" w:cs="Times New Roman"/>
          <w:sz w:val="25"/>
          <w:szCs w:val="25"/>
          <w:lang w:val="nl-NL"/>
        </w:rPr>
        <w:t xml:space="preserve">God wil </w:t>
      </w:r>
      <w:r w:rsidR="003D7499">
        <w:rPr>
          <w:rFonts w:ascii="Times New Roman" w:hAnsi="Times New Roman" w:cs="Times New Roman"/>
          <w:sz w:val="25"/>
          <w:szCs w:val="25"/>
          <w:lang w:val="nl-NL"/>
        </w:rPr>
        <w:t xml:space="preserve">door </w:t>
      </w:r>
      <w:r w:rsidRPr="00FB7A9F">
        <w:rPr>
          <w:rFonts w:ascii="Times New Roman" w:hAnsi="Times New Roman" w:cs="Times New Roman"/>
          <w:sz w:val="25"/>
          <w:szCs w:val="25"/>
          <w:lang w:val="nl-NL"/>
        </w:rPr>
        <w:t xml:space="preserve">deze ellende je onder ogen te brengen, je drijven naar het kruis van de Heere Jezus Christus. </w:t>
      </w:r>
    </w:p>
    <w:p w14:paraId="5B1CC22F" w14:textId="77777777" w:rsidR="00732FB8" w:rsidRPr="00FB7A9F" w:rsidRDefault="00732FB8" w:rsidP="00732FB8">
      <w:pPr>
        <w:pStyle w:val="Geenafstand"/>
        <w:rPr>
          <w:rFonts w:ascii="Times New Roman" w:hAnsi="Times New Roman" w:cs="Times New Roman"/>
          <w:sz w:val="25"/>
          <w:szCs w:val="25"/>
          <w:lang w:val="nl-NL"/>
        </w:rPr>
      </w:pPr>
    </w:p>
    <w:p w14:paraId="79526AAC" w14:textId="455D3C0C"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Lieve mensen, je kan je hakken in het zand zetten als je dit hoort, maar het is bevrijdend om het toe te geven, om het te erkennen, om het te belijden. Geef je verzet maar op en word maar eerlijk vanmiddag: </w:t>
      </w:r>
      <w:r w:rsidR="00961DF7">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Heere, mijn kwaal, mijn hart, mijn hartekwaal is inderdaad verschrikkelijk, ja, dodelijk. Zo ben ik. U hebt helemaal gelijk. Verdorven ben </w:t>
      </w:r>
      <w:r w:rsidRPr="00FB7A9F">
        <w:rPr>
          <w:rFonts w:ascii="Times New Roman" w:hAnsi="Times New Roman" w:cs="Times New Roman"/>
          <w:sz w:val="25"/>
          <w:szCs w:val="25"/>
          <w:lang w:val="nl-NL"/>
        </w:rPr>
        <w:lastRenderedPageBreak/>
        <w:t>ik van mezelf. Ik ben in zonde ontvangen en geboren. En vanaf de eerste minuut van mijn leventje ben ik zondaar voor U, vijand van U. Een zondaar die precies hetzelfde doet als dat wat Adam destijds deed: wegvluchten. Weg van U, om nooit meer terug te komen. Vluchten, dwalen, dolen over deze wereld. Terwijl U, Heere, me nog steeds roept, iedere dag. Zoals U Adam in het paradijs riep: Adam, waar ben je? Wat heb je gedaan? Wat doe je?</w:t>
      </w:r>
      <w:r w:rsidR="00961DF7">
        <w:rPr>
          <w:rFonts w:ascii="Times New Roman" w:hAnsi="Times New Roman" w:cs="Times New Roman"/>
          <w:sz w:val="25"/>
          <w:szCs w:val="25"/>
          <w:lang w:val="nl-NL"/>
        </w:rPr>
        <w:t>”</w:t>
      </w:r>
    </w:p>
    <w:p w14:paraId="69D35460" w14:textId="77777777" w:rsidR="00732FB8" w:rsidRPr="00FB7A9F" w:rsidRDefault="00732FB8" w:rsidP="00732FB8">
      <w:pPr>
        <w:pStyle w:val="Geenafstand"/>
        <w:rPr>
          <w:rFonts w:ascii="Times New Roman" w:hAnsi="Times New Roman" w:cs="Times New Roman"/>
          <w:sz w:val="25"/>
          <w:szCs w:val="25"/>
          <w:lang w:val="nl-NL"/>
        </w:rPr>
      </w:pPr>
    </w:p>
    <w:p w14:paraId="6B58C582" w14:textId="6080E866"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Lieve mensen, als je die roep van de Heere dan </w:t>
      </w:r>
      <w:r w:rsidR="00961DF7">
        <w:rPr>
          <w:rFonts w:ascii="Times New Roman" w:hAnsi="Times New Roman" w:cs="Times New Roman"/>
          <w:sz w:val="25"/>
          <w:szCs w:val="25"/>
          <w:lang w:val="nl-NL"/>
        </w:rPr>
        <w:t xml:space="preserve">nu </w:t>
      </w:r>
      <w:r w:rsidRPr="00FB7A9F">
        <w:rPr>
          <w:rFonts w:ascii="Times New Roman" w:hAnsi="Times New Roman" w:cs="Times New Roman"/>
          <w:sz w:val="25"/>
          <w:szCs w:val="25"/>
          <w:lang w:val="nl-NL"/>
        </w:rPr>
        <w:t xml:space="preserve">hoort, stop dan, sta dan stil en luister dan. En zie dan eerlijk onder ogen wie je ooit was en wie je nu geworden bent. En belijd dan vanmiddag alsjeblieft eerlijk met David in Psalm 51: </w:t>
      </w:r>
      <w:r w:rsidRPr="00FB7A9F">
        <w:rPr>
          <w:rFonts w:ascii="Times New Roman" w:hAnsi="Times New Roman" w:cs="Times New Roman"/>
          <w:i/>
          <w:iCs/>
          <w:sz w:val="25"/>
          <w:szCs w:val="25"/>
          <w:lang w:val="nl-NL"/>
        </w:rPr>
        <w:t>Tegen U, Heere, tegen U alleen heb ik gezondigd en gedaan dat kwaad is in Uw ogen. Omdat U rechtvaardig zij in Uw spreken en rein zij in Uw richten. Zie, ik ben in ongerechtigheid geboren</w:t>
      </w:r>
      <w:r w:rsidRPr="00FB7A9F">
        <w:rPr>
          <w:rFonts w:ascii="Times New Roman" w:hAnsi="Times New Roman" w:cs="Times New Roman"/>
          <w:sz w:val="25"/>
          <w:szCs w:val="25"/>
          <w:lang w:val="nl-NL"/>
        </w:rPr>
        <w:t xml:space="preserve"> (dat is mijn erfzonde) </w:t>
      </w:r>
      <w:r w:rsidRPr="00FB7A9F">
        <w:rPr>
          <w:rFonts w:ascii="Times New Roman" w:hAnsi="Times New Roman" w:cs="Times New Roman"/>
          <w:i/>
          <w:iCs/>
          <w:sz w:val="25"/>
          <w:szCs w:val="25"/>
          <w:lang w:val="nl-NL"/>
        </w:rPr>
        <w:t xml:space="preserve">en in zonde heeft mij mijn moeder ontvangen. Wees mij genadig, o God, naar Uw goedertierenheid en delg </w:t>
      </w:r>
      <w:r w:rsidRPr="00FB7A9F">
        <w:rPr>
          <w:rFonts w:ascii="Times New Roman" w:hAnsi="Times New Roman" w:cs="Times New Roman"/>
          <w:sz w:val="25"/>
          <w:szCs w:val="25"/>
          <w:lang w:val="nl-NL"/>
        </w:rPr>
        <w:t xml:space="preserve">(en wis) </w:t>
      </w:r>
      <w:r w:rsidRPr="00FB7A9F">
        <w:rPr>
          <w:rFonts w:ascii="Times New Roman" w:hAnsi="Times New Roman" w:cs="Times New Roman"/>
          <w:i/>
          <w:iCs/>
          <w:sz w:val="25"/>
          <w:szCs w:val="25"/>
          <w:lang w:val="nl-NL"/>
        </w:rPr>
        <w:t>mijn overtreding uit naar de grootheid van Uw barmhartigheden. Was mij wel van mijn ongerechtigheid en reinig mij van mijn zonde</w:t>
      </w:r>
      <w:r w:rsidRPr="00FB7A9F">
        <w:rPr>
          <w:rFonts w:ascii="Times New Roman" w:hAnsi="Times New Roman" w:cs="Times New Roman"/>
          <w:sz w:val="25"/>
          <w:szCs w:val="25"/>
          <w:lang w:val="nl-NL"/>
        </w:rPr>
        <w:t xml:space="preserve">. </w:t>
      </w:r>
      <w:r w:rsidRPr="00FB7A9F">
        <w:rPr>
          <w:rFonts w:ascii="Times New Roman" w:hAnsi="Times New Roman" w:cs="Times New Roman"/>
          <w:i/>
          <w:iCs/>
          <w:sz w:val="25"/>
          <w:szCs w:val="25"/>
          <w:lang w:val="nl-NL"/>
        </w:rPr>
        <w:t>Want ik ken</w:t>
      </w:r>
      <w:r w:rsidRPr="00FB7A9F">
        <w:rPr>
          <w:rFonts w:ascii="Times New Roman" w:hAnsi="Times New Roman" w:cs="Times New Roman"/>
          <w:sz w:val="25"/>
          <w:szCs w:val="25"/>
          <w:lang w:val="nl-NL"/>
        </w:rPr>
        <w:t xml:space="preserve"> (ik erken) </w:t>
      </w:r>
      <w:r w:rsidRPr="00FB7A9F">
        <w:rPr>
          <w:rFonts w:ascii="Times New Roman" w:hAnsi="Times New Roman" w:cs="Times New Roman"/>
          <w:i/>
          <w:iCs/>
          <w:sz w:val="25"/>
          <w:szCs w:val="25"/>
          <w:lang w:val="nl-NL"/>
        </w:rPr>
        <w:t>mijn overtredingen en mijn zonde zie ik mij steeds voor ogen zweven</w:t>
      </w:r>
      <w:r w:rsidRPr="00FB7A9F">
        <w:rPr>
          <w:rFonts w:ascii="Times New Roman" w:hAnsi="Times New Roman" w:cs="Times New Roman"/>
          <w:sz w:val="25"/>
          <w:szCs w:val="25"/>
          <w:lang w:val="nl-NL"/>
        </w:rPr>
        <w:t xml:space="preserve">. </w:t>
      </w:r>
    </w:p>
    <w:p w14:paraId="479DF5E0" w14:textId="77777777" w:rsidR="00732FB8" w:rsidRPr="00FB7A9F" w:rsidRDefault="00732FB8" w:rsidP="00732FB8">
      <w:pPr>
        <w:pStyle w:val="Geenafstand"/>
        <w:rPr>
          <w:rFonts w:ascii="Times New Roman" w:hAnsi="Times New Roman" w:cs="Times New Roman"/>
          <w:sz w:val="25"/>
          <w:szCs w:val="25"/>
          <w:lang w:val="nl-NL"/>
        </w:rPr>
      </w:pPr>
    </w:p>
    <w:p w14:paraId="11EE70B6" w14:textId="67A4F16E"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Want, geliefde gemeente, </w:t>
      </w:r>
      <w:r w:rsidRPr="00FB7A9F">
        <w:rPr>
          <w:rFonts w:ascii="Times New Roman" w:hAnsi="Times New Roman" w:cs="Times New Roman"/>
          <w:i/>
          <w:iCs/>
          <w:sz w:val="25"/>
          <w:szCs w:val="25"/>
          <w:lang w:val="nl-NL"/>
        </w:rPr>
        <w:t>zo,</w:t>
      </w:r>
      <w:r w:rsidRPr="00FB7A9F">
        <w:rPr>
          <w:rFonts w:ascii="Times New Roman" w:hAnsi="Times New Roman" w:cs="Times New Roman"/>
          <w:sz w:val="25"/>
          <w:szCs w:val="25"/>
          <w:lang w:val="nl-NL"/>
        </w:rPr>
        <w:t xml:space="preserve"> door die weg van erkennen, buigen en belijden, door die weg wil de Heere je iets laten zien, wat je </w:t>
      </w:r>
      <w:r w:rsidRPr="00FB7A9F">
        <w:rPr>
          <w:rFonts w:ascii="Times New Roman" w:hAnsi="Times New Roman" w:cs="Times New Roman"/>
          <w:i/>
          <w:iCs/>
          <w:sz w:val="25"/>
          <w:szCs w:val="25"/>
          <w:lang w:val="nl-NL"/>
        </w:rPr>
        <w:t>zonder</w:t>
      </w:r>
      <w:r w:rsidRPr="00FB7A9F">
        <w:rPr>
          <w:rFonts w:ascii="Times New Roman" w:hAnsi="Times New Roman" w:cs="Times New Roman"/>
          <w:sz w:val="25"/>
          <w:szCs w:val="25"/>
          <w:lang w:val="nl-NL"/>
        </w:rPr>
        <w:t xml:space="preserve"> die belijdenis van zonde en schuld anders nooit zou gaan zien. Iets van de heerlijkheid, van het wonderlijke, van het bijzondere van de </w:t>
      </w:r>
      <w:r w:rsidRPr="00FB7A9F">
        <w:rPr>
          <w:rFonts w:ascii="Times New Roman" w:hAnsi="Times New Roman" w:cs="Times New Roman"/>
          <w:i/>
          <w:iCs/>
          <w:sz w:val="25"/>
          <w:szCs w:val="25"/>
          <w:lang w:val="nl-NL"/>
        </w:rPr>
        <w:t>tweede</w:t>
      </w:r>
      <w:r w:rsidRPr="00FB7A9F">
        <w:rPr>
          <w:rFonts w:ascii="Times New Roman" w:hAnsi="Times New Roman" w:cs="Times New Roman"/>
          <w:sz w:val="25"/>
          <w:szCs w:val="25"/>
          <w:lang w:val="nl-NL"/>
        </w:rPr>
        <w:t xml:space="preserve"> Adam, de Heere Jezus Christus. Die zonder zonde ontvangen werd in de buik van Zijn moeder, en Die daarna in Zijn leven nooit één zonde gedaan heeft. Die de liefde van Zijn Vader altijd beantwoord heeft met liefde en gehoorzaamheid. En Die altijd boog onder de wil van Zijn Vader. En </w:t>
      </w:r>
      <w:r w:rsidR="008B2E6F" w:rsidRPr="00FB7A9F">
        <w:rPr>
          <w:rFonts w:ascii="Times New Roman" w:hAnsi="Times New Roman" w:cs="Times New Roman"/>
          <w:sz w:val="25"/>
          <w:szCs w:val="25"/>
          <w:lang w:val="nl-NL"/>
        </w:rPr>
        <w:t>D</w:t>
      </w:r>
      <w:r w:rsidRPr="00FB7A9F">
        <w:rPr>
          <w:rFonts w:ascii="Times New Roman" w:hAnsi="Times New Roman" w:cs="Times New Roman"/>
          <w:sz w:val="25"/>
          <w:szCs w:val="25"/>
          <w:lang w:val="nl-NL"/>
        </w:rPr>
        <w:t xml:space="preserve">ie altijd in alles gericht was op God. </w:t>
      </w:r>
    </w:p>
    <w:p w14:paraId="0366C3E6" w14:textId="77777777" w:rsidR="00732FB8" w:rsidRPr="00FB7A9F" w:rsidRDefault="00732FB8" w:rsidP="00732FB8">
      <w:pPr>
        <w:pStyle w:val="Geenafstand"/>
        <w:rPr>
          <w:rFonts w:ascii="Times New Roman" w:hAnsi="Times New Roman" w:cs="Times New Roman"/>
          <w:sz w:val="25"/>
          <w:szCs w:val="25"/>
          <w:lang w:val="nl-NL"/>
        </w:rPr>
      </w:pPr>
    </w:p>
    <w:p w14:paraId="1875F080" w14:textId="32A85281"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Wil dit je in de put preken? Is dat de bedoeling? Nee! De werkelijkheid is dat je in de put </w:t>
      </w:r>
      <w:r w:rsidRPr="00FB7A9F">
        <w:rPr>
          <w:rFonts w:ascii="Times New Roman" w:hAnsi="Times New Roman" w:cs="Times New Roman"/>
          <w:i/>
          <w:iCs/>
          <w:sz w:val="25"/>
          <w:szCs w:val="25"/>
          <w:lang w:val="nl-NL"/>
        </w:rPr>
        <w:t>zit</w:t>
      </w:r>
      <w:r w:rsidRPr="00FB7A9F">
        <w:rPr>
          <w:rFonts w:ascii="Times New Roman" w:hAnsi="Times New Roman" w:cs="Times New Roman"/>
          <w:sz w:val="25"/>
          <w:szCs w:val="25"/>
          <w:lang w:val="nl-NL"/>
        </w:rPr>
        <w:t xml:space="preserve">. Dit zegt God om je </w:t>
      </w:r>
      <w:r w:rsidRPr="00FB7A9F">
        <w:rPr>
          <w:rFonts w:ascii="Times New Roman" w:hAnsi="Times New Roman" w:cs="Times New Roman"/>
          <w:i/>
          <w:iCs/>
          <w:sz w:val="25"/>
          <w:szCs w:val="25"/>
          <w:lang w:val="nl-NL"/>
        </w:rPr>
        <w:t>eruit te halen</w:t>
      </w:r>
      <w:r w:rsidRPr="00FB7A9F">
        <w:rPr>
          <w:rFonts w:ascii="Times New Roman" w:hAnsi="Times New Roman" w:cs="Times New Roman"/>
          <w:sz w:val="25"/>
          <w:szCs w:val="25"/>
          <w:lang w:val="nl-NL"/>
        </w:rPr>
        <w:t xml:space="preserve">. </w:t>
      </w:r>
    </w:p>
    <w:p w14:paraId="4B572413" w14:textId="77777777" w:rsidR="00921D4E" w:rsidRDefault="00921D4E" w:rsidP="00732FB8">
      <w:pPr>
        <w:pStyle w:val="Geenafstand"/>
        <w:rPr>
          <w:rFonts w:ascii="Times New Roman" w:hAnsi="Times New Roman" w:cs="Times New Roman"/>
          <w:sz w:val="25"/>
          <w:szCs w:val="25"/>
          <w:lang w:val="nl-NL"/>
        </w:rPr>
      </w:pPr>
    </w:p>
    <w:p w14:paraId="7F981CD6" w14:textId="7D8AA7DF" w:rsidR="00732FB8" w:rsidRPr="00FB7A9F" w:rsidRDefault="00921D4E" w:rsidP="00732FB8">
      <w:pPr>
        <w:pStyle w:val="Geenafstand"/>
        <w:rPr>
          <w:rFonts w:ascii="Times New Roman" w:hAnsi="Times New Roman" w:cs="Times New Roman"/>
          <w:sz w:val="25"/>
          <w:szCs w:val="25"/>
          <w:lang w:val="nl-NL"/>
        </w:rPr>
      </w:pPr>
      <w:r>
        <w:rPr>
          <w:rFonts w:ascii="Times New Roman" w:hAnsi="Times New Roman" w:cs="Times New Roman"/>
          <w:sz w:val="25"/>
          <w:szCs w:val="25"/>
          <w:lang w:val="nl-NL"/>
        </w:rPr>
        <w:t>Ons derde</w:t>
      </w:r>
      <w:r w:rsidR="00732FB8" w:rsidRPr="00FB7A9F">
        <w:rPr>
          <w:rFonts w:ascii="Times New Roman" w:hAnsi="Times New Roman" w:cs="Times New Roman"/>
          <w:sz w:val="25"/>
          <w:szCs w:val="25"/>
          <w:lang w:val="nl-NL"/>
        </w:rPr>
        <w:t xml:space="preserve"> punt:</w:t>
      </w:r>
    </w:p>
    <w:p w14:paraId="099742BE" w14:textId="77777777" w:rsidR="00732FB8" w:rsidRPr="00FB7A9F" w:rsidRDefault="00732FB8" w:rsidP="00732FB8">
      <w:pPr>
        <w:pStyle w:val="Geenafstand"/>
        <w:rPr>
          <w:rFonts w:ascii="Times New Roman" w:hAnsi="Times New Roman" w:cs="Times New Roman"/>
          <w:sz w:val="25"/>
          <w:szCs w:val="25"/>
          <w:lang w:val="nl-NL"/>
        </w:rPr>
      </w:pPr>
    </w:p>
    <w:p w14:paraId="0AE83663" w14:textId="5F8A45A3"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b/>
          <w:bCs/>
          <w:sz w:val="25"/>
          <w:szCs w:val="25"/>
          <w:lang w:val="nl-NL"/>
        </w:rPr>
        <w:t>3. Totaal onbekwaam</w:t>
      </w:r>
      <w:r w:rsidRPr="00FB7A9F">
        <w:rPr>
          <w:rFonts w:ascii="Times New Roman" w:hAnsi="Times New Roman" w:cs="Times New Roman"/>
          <w:sz w:val="25"/>
          <w:szCs w:val="25"/>
          <w:lang w:val="nl-NL"/>
        </w:rPr>
        <w:br/>
        <w:t xml:space="preserve">Vraag 8: </w:t>
      </w:r>
      <w:r w:rsidRPr="00921D4E">
        <w:rPr>
          <w:rFonts w:ascii="Times New Roman" w:hAnsi="Times New Roman" w:cs="Times New Roman"/>
          <w:sz w:val="25"/>
          <w:szCs w:val="25"/>
          <w:lang w:val="nl-NL"/>
        </w:rPr>
        <w:t xml:space="preserve">Maar zijn we dan zo verdorven (is het echt zo erg) dat wij ganselijk (helemaal) onbekwaam zijn tot enig goed en geneigd tot alle kwaad? </w:t>
      </w:r>
      <w:r w:rsidRPr="00921D4E">
        <w:rPr>
          <w:rFonts w:ascii="Times New Roman" w:hAnsi="Times New Roman" w:cs="Times New Roman"/>
          <w:sz w:val="25"/>
          <w:szCs w:val="25"/>
          <w:lang w:val="nl-NL"/>
        </w:rPr>
        <w:br/>
      </w:r>
      <w:r w:rsidRPr="00FB7A9F">
        <w:rPr>
          <w:rFonts w:ascii="Times New Roman" w:hAnsi="Times New Roman" w:cs="Times New Roman"/>
          <w:sz w:val="25"/>
          <w:szCs w:val="25"/>
          <w:lang w:val="nl-NL"/>
        </w:rPr>
        <w:t xml:space="preserve">Antwoord: </w:t>
      </w:r>
      <w:r w:rsidRPr="00FB7A9F">
        <w:rPr>
          <w:rFonts w:ascii="Times New Roman" w:hAnsi="Times New Roman" w:cs="Times New Roman"/>
          <w:i/>
          <w:iCs/>
          <w:sz w:val="25"/>
          <w:szCs w:val="25"/>
          <w:lang w:val="nl-NL"/>
        </w:rPr>
        <w:t>Ja, wij</w:t>
      </w:r>
      <w:r w:rsidRPr="00FB7A9F">
        <w:rPr>
          <w:rFonts w:ascii="Times New Roman" w:hAnsi="Times New Roman" w:cs="Times New Roman"/>
          <w:sz w:val="25"/>
          <w:szCs w:val="25"/>
          <w:lang w:val="nl-NL"/>
        </w:rPr>
        <w:t>. Zeker</w:t>
      </w:r>
      <w:r w:rsidRPr="00FB7A9F">
        <w:rPr>
          <w:rFonts w:ascii="Times New Roman" w:hAnsi="Times New Roman" w:cs="Times New Roman"/>
          <w:i/>
          <w:iCs/>
          <w:sz w:val="25"/>
          <w:szCs w:val="25"/>
          <w:lang w:val="nl-NL"/>
        </w:rPr>
        <w:t>. Tenzij dan dat wij door de Geest van God wedergeboren worden</w:t>
      </w:r>
      <w:r w:rsidRPr="00FB7A9F">
        <w:rPr>
          <w:rFonts w:ascii="Times New Roman" w:hAnsi="Times New Roman" w:cs="Times New Roman"/>
          <w:sz w:val="25"/>
          <w:szCs w:val="25"/>
          <w:lang w:val="nl-NL"/>
        </w:rPr>
        <w:t xml:space="preserve">. </w:t>
      </w:r>
    </w:p>
    <w:p w14:paraId="097B32C2" w14:textId="77777777" w:rsidR="00732FB8" w:rsidRPr="00FB7A9F" w:rsidRDefault="00732FB8" w:rsidP="00732FB8">
      <w:pPr>
        <w:pStyle w:val="Geenafstand"/>
        <w:rPr>
          <w:rFonts w:ascii="Times New Roman" w:hAnsi="Times New Roman" w:cs="Times New Roman"/>
          <w:sz w:val="25"/>
          <w:szCs w:val="25"/>
          <w:lang w:val="nl-NL"/>
        </w:rPr>
      </w:pPr>
    </w:p>
    <w:p w14:paraId="5656F832" w14:textId="0BB2F744"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Is het echt zo? Misschien vraag je dat zelf ook wel af. Kan ik van mezelf echt nooit meer iets goeds doen? Helemaal onbekwaam, niet in staat tot iets goeds en helemaal geneigd tot alle kwaad? Is het zo erg met me? En is er dan niemand op deze wereld die in Gods ogen van zichzelf goed is? Er zijn toch ook goede mensen, meelevende, zorgende, hartelijk dienende mensen in deze wereld? Voorbeelden, u kent ze wel, van menslievendheid? Mensen die zichzelf opofferen voor anderen? Misschien</w:t>
      </w:r>
      <w:r w:rsidR="00E7600A">
        <w:rPr>
          <w:rFonts w:ascii="Times New Roman" w:hAnsi="Times New Roman" w:cs="Times New Roman"/>
          <w:sz w:val="25"/>
          <w:szCs w:val="25"/>
          <w:lang w:val="nl-NL"/>
        </w:rPr>
        <w:t xml:space="preserve"> is het wel </w:t>
      </w:r>
      <w:r w:rsidRPr="00FB7A9F">
        <w:rPr>
          <w:rFonts w:ascii="Times New Roman" w:hAnsi="Times New Roman" w:cs="Times New Roman"/>
          <w:sz w:val="25"/>
          <w:szCs w:val="25"/>
          <w:lang w:val="nl-NL"/>
        </w:rPr>
        <w:t xml:space="preserve">iemand die je kent, een collega, vriend of vriendin. </w:t>
      </w:r>
    </w:p>
    <w:p w14:paraId="617C6716" w14:textId="77777777" w:rsidR="00732FB8" w:rsidRPr="00FB7A9F" w:rsidRDefault="00732FB8" w:rsidP="00732FB8">
      <w:pPr>
        <w:pStyle w:val="Geenafstand"/>
        <w:rPr>
          <w:rFonts w:ascii="Times New Roman" w:hAnsi="Times New Roman" w:cs="Times New Roman"/>
          <w:sz w:val="25"/>
          <w:szCs w:val="25"/>
          <w:lang w:val="nl-NL"/>
        </w:rPr>
      </w:pPr>
    </w:p>
    <w:p w14:paraId="7C8B976C" w14:textId="534EEE2E"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lastRenderedPageBreak/>
        <w:t xml:space="preserve">Ja, ik snap het. Die mensen kennen we allemaal, persoonlijk of uit een boek of uit de krant. Mensen die door de algemene genade van God tegengehouden worden, waardoor het kwaad dat ook in hun hart woont er niet of nauwelijks uitkomt. </w:t>
      </w:r>
      <w:r w:rsidRPr="00FB7A9F">
        <w:rPr>
          <w:rFonts w:ascii="Times New Roman" w:hAnsi="Times New Roman" w:cs="Times New Roman"/>
          <w:sz w:val="25"/>
          <w:szCs w:val="25"/>
          <w:lang w:val="nl-NL"/>
        </w:rPr>
        <w:br/>
        <w:t xml:space="preserve">Maar zeg nou eerlijk, ken je mensen (in het echt of uit een boek of uit de media) die uit zichzelf God liefhebben? Echt boven alles? Altijd en in alle dingen? Mensen, die al Gods geboden altijd doen met al de liefde van hun hart? En die ook al hun naasten liefhebben als zichzelf? </w:t>
      </w:r>
    </w:p>
    <w:p w14:paraId="123D01AC" w14:textId="77777777" w:rsidR="00732FB8" w:rsidRPr="00FB7A9F" w:rsidRDefault="00732FB8" w:rsidP="00732FB8">
      <w:pPr>
        <w:pStyle w:val="Geenafstand"/>
        <w:rPr>
          <w:rFonts w:ascii="Times New Roman" w:hAnsi="Times New Roman" w:cs="Times New Roman"/>
          <w:sz w:val="25"/>
          <w:szCs w:val="25"/>
          <w:lang w:val="nl-NL"/>
        </w:rPr>
      </w:pPr>
    </w:p>
    <w:p w14:paraId="4975EBA4" w14:textId="37666476"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Die zijn er niet. Die natuur, die aard, dat hart, die gerichtheid op God in volmaakte zin zijn we echt allemaal kwijt. Onze natuur, zegt de Bijbel, zegt de Heere Zelf (en dat geldt ons allemaal)</w:t>
      </w:r>
      <w:r w:rsidR="00544250">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t xml:space="preserve">is van nature totaal verdorven. </w:t>
      </w:r>
      <w:r w:rsidRPr="00FB7A9F">
        <w:rPr>
          <w:rFonts w:ascii="Times New Roman" w:hAnsi="Times New Roman" w:cs="Times New Roman"/>
          <w:sz w:val="25"/>
          <w:szCs w:val="25"/>
          <w:lang w:val="nl-NL"/>
        </w:rPr>
        <w:br/>
        <w:t xml:space="preserve">Hoewel God gelukkig de slechtheid van ons hart bedwingt, beteugelt, tegenhoudt, waardoor dat wat erin zit, er gelukkig niet allemaal uitkomt. </w:t>
      </w:r>
    </w:p>
    <w:p w14:paraId="4BDDC958" w14:textId="77777777" w:rsidR="00732FB8" w:rsidRPr="00FB7A9F" w:rsidRDefault="00732FB8" w:rsidP="00732FB8">
      <w:pPr>
        <w:pStyle w:val="Geenafstand"/>
        <w:rPr>
          <w:rFonts w:ascii="Times New Roman" w:hAnsi="Times New Roman" w:cs="Times New Roman"/>
          <w:sz w:val="25"/>
          <w:szCs w:val="25"/>
          <w:lang w:val="nl-NL"/>
        </w:rPr>
      </w:pPr>
    </w:p>
    <w:p w14:paraId="16821BD9" w14:textId="5D8A4EF5" w:rsidR="00732FB8" w:rsidRPr="00FB7A9F" w:rsidRDefault="00732FB8" w:rsidP="00732FB8">
      <w:pPr>
        <w:pStyle w:val="Geenafstand"/>
        <w:rPr>
          <w:rFonts w:ascii="Times New Roman" w:hAnsi="Times New Roman" w:cs="Times New Roman"/>
          <w:i/>
          <w:iCs/>
          <w:sz w:val="25"/>
          <w:szCs w:val="25"/>
          <w:lang w:val="nl-NL"/>
        </w:rPr>
      </w:pPr>
      <w:r w:rsidRPr="00FB7A9F">
        <w:rPr>
          <w:rFonts w:ascii="Times New Roman" w:hAnsi="Times New Roman" w:cs="Times New Roman"/>
          <w:sz w:val="25"/>
          <w:szCs w:val="25"/>
          <w:lang w:val="nl-NL"/>
        </w:rPr>
        <w:t xml:space="preserve">Maar nooit zijn we van onszelf meer in staat om God echt te bedoelen, om echt te leven tot Gods eer. De Dordtse Leerregels zeggen het zo in hoofdstuk </w:t>
      </w:r>
      <w:r w:rsidR="008B2E6F" w:rsidRPr="00FB7A9F">
        <w:rPr>
          <w:rFonts w:ascii="Times New Roman" w:hAnsi="Times New Roman" w:cs="Times New Roman"/>
          <w:sz w:val="25"/>
          <w:szCs w:val="25"/>
          <w:lang w:val="nl-NL"/>
        </w:rPr>
        <w:t>III/IV</w:t>
      </w:r>
      <w:r w:rsidRPr="00FB7A9F">
        <w:rPr>
          <w:rFonts w:ascii="Times New Roman" w:hAnsi="Times New Roman" w:cs="Times New Roman"/>
          <w:sz w:val="25"/>
          <w:szCs w:val="25"/>
          <w:lang w:val="nl-NL"/>
        </w:rPr>
        <w:t xml:space="preserve">, artikel 3: </w:t>
      </w:r>
      <w:r w:rsidRPr="00FB7A9F">
        <w:rPr>
          <w:rFonts w:ascii="Times New Roman" w:hAnsi="Times New Roman" w:cs="Times New Roman"/>
          <w:sz w:val="25"/>
          <w:szCs w:val="25"/>
          <w:lang w:val="nl-NL"/>
        </w:rPr>
        <w:br/>
      </w:r>
      <w:r w:rsidRPr="00FB7A9F">
        <w:rPr>
          <w:rFonts w:ascii="Times New Roman" w:hAnsi="Times New Roman" w:cs="Times New Roman"/>
          <w:i/>
          <w:iCs/>
          <w:sz w:val="25"/>
          <w:szCs w:val="25"/>
          <w:lang w:val="nl-NL"/>
        </w:rPr>
        <w:t xml:space="preserve">Over zulks </w:t>
      </w:r>
      <w:r w:rsidRPr="00FB7A9F">
        <w:rPr>
          <w:rFonts w:ascii="Times New Roman" w:hAnsi="Times New Roman" w:cs="Times New Roman"/>
          <w:sz w:val="25"/>
          <w:szCs w:val="25"/>
          <w:lang w:val="nl-NL"/>
        </w:rPr>
        <w:t>(dat betekent: daardoor, door de erfzonde, waar het hierover gaat)</w:t>
      </w:r>
      <w:r w:rsidRPr="00FB7A9F">
        <w:rPr>
          <w:rFonts w:ascii="Times New Roman" w:hAnsi="Times New Roman" w:cs="Times New Roman"/>
          <w:i/>
          <w:iCs/>
          <w:sz w:val="25"/>
          <w:szCs w:val="25"/>
          <w:lang w:val="nl-NL"/>
        </w:rPr>
        <w:t xml:space="preserve"> worden alle mensen in zonde ontvangen en als kinderen des toorns geboren, onbekwaam tot enig zaligmakend goed, geneigd tot kwaad, dood in de zonde en slaven van de zonde. En willen en kunnen tot God niet wederkeren, noch hun verdorven natuur verbeteren, no</w:t>
      </w:r>
      <w:r w:rsidR="00CF3536">
        <w:rPr>
          <w:rFonts w:ascii="Times New Roman" w:hAnsi="Times New Roman" w:cs="Times New Roman"/>
          <w:i/>
          <w:iCs/>
          <w:sz w:val="25"/>
          <w:szCs w:val="25"/>
          <w:lang w:val="nl-NL"/>
        </w:rPr>
        <w:t>ch</w:t>
      </w:r>
      <w:r w:rsidRPr="00FB7A9F">
        <w:rPr>
          <w:rFonts w:ascii="Times New Roman" w:hAnsi="Times New Roman" w:cs="Times New Roman"/>
          <w:i/>
          <w:iCs/>
          <w:sz w:val="25"/>
          <w:szCs w:val="25"/>
          <w:lang w:val="nl-NL"/>
        </w:rPr>
        <w:t xml:space="preserve"> zichzelf tot de verbetering daarvan schikken </w:t>
      </w:r>
      <w:r w:rsidRPr="00FB7A9F">
        <w:rPr>
          <w:rFonts w:ascii="Times New Roman" w:hAnsi="Times New Roman" w:cs="Times New Roman"/>
          <w:sz w:val="25"/>
          <w:szCs w:val="25"/>
          <w:lang w:val="nl-NL"/>
        </w:rPr>
        <w:t>(daarop)</w:t>
      </w:r>
      <w:r w:rsidRPr="00FB7A9F">
        <w:rPr>
          <w:rFonts w:ascii="Times New Roman" w:hAnsi="Times New Roman" w:cs="Times New Roman"/>
          <w:i/>
          <w:iCs/>
          <w:sz w:val="25"/>
          <w:szCs w:val="25"/>
          <w:lang w:val="nl-NL"/>
        </w:rPr>
        <w:t xml:space="preserve"> toeleggen, zonder de genade des wederbarenden Heiligen Geestes.</w:t>
      </w:r>
    </w:p>
    <w:p w14:paraId="4DDD08E7" w14:textId="77777777" w:rsidR="00E93F62"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We zijn totaal onbekwaam tot enig zaligmakend goed en geneigd tot alle kwaad. Dramatisch! </w:t>
      </w:r>
      <w:r w:rsidRPr="00FB7A9F">
        <w:rPr>
          <w:rFonts w:ascii="Times New Roman" w:hAnsi="Times New Roman" w:cs="Times New Roman"/>
          <w:sz w:val="25"/>
          <w:szCs w:val="25"/>
          <w:lang w:val="nl-NL"/>
        </w:rPr>
        <w:br/>
        <w:t xml:space="preserve">Maar niet zonder hoop. Tenzij, staat er, dan dat wij door de Geest, door de Heilige Geest van God wedergeboren worden. </w:t>
      </w:r>
    </w:p>
    <w:p w14:paraId="122DF961" w14:textId="6268143B"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br/>
        <w:t>Gelukkig</w:t>
      </w:r>
      <w:r w:rsidR="006B0777"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t>zeg je</w:t>
      </w:r>
      <w:r w:rsidR="006B0777" w:rsidRPr="00FB7A9F">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een lichtpuntje. Ja, dat is het zeker. Maar het is eerlijk gezegd hier toch niet alleen bedoeld als een lichtpuntje. </w:t>
      </w:r>
    </w:p>
    <w:p w14:paraId="08C4C0EE" w14:textId="36DDDF14"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Denk maar terug aan de geschiedenis van Nicodemus. Waarom zegt de Heere dit in Johannes 3 tegen Nicodemus? Wat is Zijn boodschap tegen Nicodemus, de farizeeër</w:t>
      </w:r>
      <w:r w:rsidR="005C167C">
        <w:rPr>
          <w:rFonts w:ascii="Times New Roman" w:hAnsi="Times New Roman" w:cs="Times New Roman"/>
          <w:sz w:val="25"/>
          <w:szCs w:val="25"/>
          <w:lang w:val="nl-NL"/>
        </w:rPr>
        <w:t>, a</w:t>
      </w:r>
      <w:r w:rsidRPr="00FB7A9F">
        <w:rPr>
          <w:rFonts w:ascii="Times New Roman" w:hAnsi="Times New Roman" w:cs="Times New Roman"/>
          <w:sz w:val="25"/>
          <w:szCs w:val="25"/>
          <w:lang w:val="nl-NL"/>
        </w:rPr>
        <w:t xml:space="preserve">ls hij zegt in Johannes 3:3: Nicodemus, </w:t>
      </w:r>
      <w:r w:rsidRPr="00FB7A9F">
        <w:rPr>
          <w:rFonts w:ascii="Times New Roman" w:hAnsi="Times New Roman" w:cs="Times New Roman"/>
          <w:i/>
          <w:iCs/>
          <w:sz w:val="25"/>
          <w:szCs w:val="25"/>
          <w:lang w:val="nl-NL"/>
        </w:rPr>
        <w:t>voorwaar, voorwaar zeg Ik u, tenzij dat iemand wederom</w:t>
      </w:r>
      <w:r w:rsidR="008B2E6F" w:rsidRPr="00FB7A9F">
        <w:rPr>
          <w:rFonts w:ascii="Times New Roman" w:hAnsi="Times New Roman" w:cs="Times New Roman"/>
          <w:i/>
          <w:iCs/>
          <w:sz w:val="25"/>
          <w:szCs w:val="25"/>
          <w:lang w:val="nl-NL"/>
        </w:rPr>
        <w:t xml:space="preserve"> </w:t>
      </w:r>
      <w:r w:rsidRPr="00FB7A9F">
        <w:rPr>
          <w:rFonts w:ascii="Times New Roman" w:hAnsi="Times New Roman" w:cs="Times New Roman"/>
          <w:i/>
          <w:iCs/>
          <w:sz w:val="25"/>
          <w:szCs w:val="25"/>
          <w:lang w:val="nl-NL"/>
        </w:rPr>
        <w:t xml:space="preserve">geboren wordt, hij </w:t>
      </w:r>
      <w:r w:rsidRPr="00FB7A9F">
        <w:rPr>
          <w:rFonts w:ascii="Times New Roman" w:hAnsi="Times New Roman" w:cs="Times New Roman"/>
          <w:sz w:val="25"/>
          <w:szCs w:val="25"/>
          <w:lang w:val="nl-NL"/>
        </w:rPr>
        <w:t>(of zij)</w:t>
      </w:r>
      <w:r w:rsidRPr="00FB7A9F">
        <w:rPr>
          <w:rFonts w:ascii="Times New Roman" w:hAnsi="Times New Roman" w:cs="Times New Roman"/>
          <w:i/>
          <w:iCs/>
          <w:sz w:val="25"/>
          <w:szCs w:val="25"/>
          <w:lang w:val="nl-NL"/>
        </w:rPr>
        <w:t xml:space="preserve"> kan het Koninkrijk Gods niet zien?</w:t>
      </w:r>
      <w:r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br/>
        <w:t xml:space="preserve">Wat is de boodschap daarvan aan die nette Nicodemus? </w:t>
      </w:r>
    </w:p>
    <w:p w14:paraId="7F2A10E5" w14:textId="226B02B5"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Dit: Man, je </w:t>
      </w:r>
      <w:r w:rsidR="00F842C8">
        <w:rPr>
          <w:rFonts w:ascii="Times New Roman" w:hAnsi="Times New Roman" w:cs="Times New Roman"/>
          <w:sz w:val="25"/>
          <w:szCs w:val="25"/>
          <w:lang w:val="nl-NL"/>
        </w:rPr>
        <w:t xml:space="preserve">doet je uiterste best </w:t>
      </w:r>
      <w:r w:rsidRPr="00FB7A9F">
        <w:rPr>
          <w:rFonts w:ascii="Times New Roman" w:hAnsi="Times New Roman" w:cs="Times New Roman"/>
          <w:sz w:val="25"/>
          <w:szCs w:val="25"/>
          <w:lang w:val="nl-NL"/>
        </w:rPr>
        <w:t xml:space="preserve">om goed te doen en om beter te worden. Zoals u of jij dat misschien ook wel probeert. Maar, Nicodemus, luister, je hart is </w:t>
      </w:r>
      <w:r w:rsidRPr="00FB7A9F">
        <w:rPr>
          <w:rFonts w:ascii="Times New Roman" w:hAnsi="Times New Roman" w:cs="Times New Roman"/>
          <w:i/>
          <w:iCs/>
          <w:sz w:val="25"/>
          <w:szCs w:val="25"/>
          <w:lang w:val="nl-NL"/>
        </w:rPr>
        <w:t>zo</w:t>
      </w:r>
      <w:r w:rsidRPr="00FB7A9F">
        <w:rPr>
          <w:rFonts w:ascii="Times New Roman" w:hAnsi="Times New Roman" w:cs="Times New Roman"/>
          <w:sz w:val="25"/>
          <w:szCs w:val="25"/>
          <w:lang w:val="nl-NL"/>
        </w:rPr>
        <w:t xml:space="preserve"> slecht en </w:t>
      </w:r>
      <w:r w:rsidRPr="00FB7A9F">
        <w:rPr>
          <w:rFonts w:ascii="Times New Roman" w:hAnsi="Times New Roman" w:cs="Times New Roman"/>
          <w:i/>
          <w:iCs/>
          <w:sz w:val="25"/>
          <w:szCs w:val="25"/>
          <w:lang w:val="nl-NL"/>
        </w:rPr>
        <w:t>zo</w:t>
      </w:r>
      <w:r w:rsidRPr="00FB7A9F">
        <w:rPr>
          <w:rFonts w:ascii="Times New Roman" w:hAnsi="Times New Roman" w:cs="Times New Roman"/>
          <w:sz w:val="25"/>
          <w:szCs w:val="25"/>
          <w:lang w:val="nl-NL"/>
        </w:rPr>
        <w:t xml:space="preserve"> zondig en </w:t>
      </w:r>
      <w:r w:rsidRPr="00FB7A9F">
        <w:rPr>
          <w:rFonts w:ascii="Times New Roman" w:hAnsi="Times New Roman" w:cs="Times New Roman"/>
          <w:i/>
          <w:iCs/>
          <w:sz w:val="25"/>
          <w:szCs w:val="25"/>
          <w:lang w:val="nl-NL"/>
        </w:rPr>
        <w:t>zo</w:t>
      </w:r>
      <w:r w:rsidRPr="00FB7A9F">
        <w:rPr>
          <w:rFonts w:ascii="Times New Roman" w:hAnsi="Times New Roman" w:cs="Times New Roman"/>
          <w:sz w:val="25"/>
          <w:szCs w:val="25"/>
          <w:lang w:val="nl-NL"/>
        </w:rPr>
        <w:t xml:space="preserve"> geestelijk dood, dat al die verbeterpogingen van jezelf hopeloos zijn. Je hebt, Nicodemus, een heel nieuw hart nodig. Wat je ook allemaal doet en probeert, het zal je niet helpen. Je eigen hart is hopeloos slecht. Wil je zalig worden, Nicodemus, dan moet je niet bij jezelf zijn, maar dan moet je bij God de Heilige Geest zijn. </w:t>
      </w:r>
    </w:p>
    <w:p w14:paraId="0BD7285E" w14:textId="77777777" w:rsidR="00732FB8" w:rsidRPr="00FB7A9F" w:rsidRDefault="00732FB8" w:rsidP="00732FB8">
      <w:pPr>
        <w:pStyle w:val="Geenafstand"/>
        <w:rPr>
          <w:rFonts w:ascii="Times New Roman" w:hAnsi="Times New Roman" w:cs="Times New Roman"/>
          <w:sz w:val="25"/>
          <w:szCs w:val="25"/>
          <w:lang w:val="nl-NL"/>
        </w:rPr>
      </w:pPr>
    </w:p>
    <w:p w14:paraId="6041FF11" w14:textId="77777777" w:rsidR="00CC544C"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En gemeente, zo bedoelt de </w:t>
      </w:r>
      <w:r w:rsidR="006B0777" w:rsidRPr="00FB7A9F">
        <w:rPr>
          <w:rFonts w:ascii="Times New Roman" w:hAnsi="Times New Roman" w:cs="Times New Roman"/>
          <w:sz w:val="25"/>
          <w:szCs w:val="25"/>
          <w:lang w:val="nl-NL"/>
        </w:rPr>
        <w:t>C</w:t>
      </w:r>
      <w:r w:rsidRPr="00FB7A9F">
        <w:rPr>
          <w:rFonts w:ascii="Times New Roman" w:hAnsi="Times New Roman" w:cs="Times New Roman"/>
          <w:sz w:val="25"/>
          <w:szCs w:val="25"/>
          <w:lang w:val="nl-NL"/>
        </w:rPr>
        <w:t xml:space="preserve">atechismus het hier ook. Mensen, luister en geloof het. Zelf kan je er niets meer aan doen. Je bent </w:t>
      </w:r>
      <w:r w:rsidRPr="00FB7A9F">
        <w:rPr>
          <w:rFonts w:ascii="Times New Roman" w:hAnsi="Times New Roman" w:cs="Times New Roman"/>
          <w:i/>
          <w:iCs/>
          <w:sz w:val="25"/>
          <w:szCs w:val="25"/>
          <w:lang w:val="nl-NL"/>
        </w:rPr>
        <w:t>zo</w:t>
      </w:r>
      <w:r w:rsidRPr="00FB7A9F">
        <w:rPr>
          <w:rFonts w:ascii="Times New Roman" w:hAnsi="Times New Roman" w:cs="Times New Roman"/>
          <w:sz w:val="25"/>
          <w:szCs w:val="25"/>
          <w:lang w:val="nl-NL"/>
        </w:rPr>
        <w:t xml:space="preserve"> diep gevallen, je bent </w:t>
      </w:r>
      <w:r w:rsidRPr="00FB7A9F">
        <w:rPr>
          <w:rFonts w:ascii="Times New Roman" w:hAnsi="Times New Roman" w:cs="Times New Roman"/>
          <w:i/>
          <w:iCs/>
          <w:sz w:val="25"/>
          <w:szCs w:val="25"/>
          <w:lang w:val="nl-NL"/>
        </w:rPr>
        <w:t>zo</w:t>
      </w:r>
      <w:r w:rsidRPr="00FB7A9F">
        <w:rPr>
          <w:rFonts w:ascii="Times New Roman" w:hAnsi="Times New Roman" w:cs="Times New Roman"/>
          <w:sz w:val="25"/>
          <w:szCs w:val="25"/>
          <w:lang w:val="nl-NL"/>
        </w:rPr>
        <w:t xml:space="preserve"> ver weg bij God, dat God alleen uitkomst </w:t>
      </w:r>
      <w:r w:rsidRPr="00CC544C">
        <w:rPr>
          <w:rFonts w:ascii="Times New Roman" w:hAnsi="Times New Roman" w:cs="Times New Roman"/>
          <w:sz w:val="25"/>
          <w:szCs w:val="25"/>
          <w:lang w:val="nl-NL"/>
        </w:rPr>
        <w:t>kan</w:t>
      </w:r>
      <w:r w:rsidRPr="00FB7A9F">
        <w:rPr>
          <w:rFonts w:ascii="Times New Roman" w:hAnsi="Times New Roman" w:cs="Times New Roman"/>
          <w:sz w:val="25"/>
          <w:szCs w:val="25"/>
          <w:lang w:val="nl-NL"/>
        </w:rPr>
        <w:t xml:space="preserve"> bieden</w:t>
      </w:r>
      <w:r w:rsidR="00CC544C">
        <w:rPr>
          <w:rFonts w:ascii="Times New Roman" w:hAnsi="Times New Roman" w:cs="Times New Roman"/>
          <w:sz w:val="25"/>
          <w:szCs w:val="25"/>
          <w:lang w:val="nl-NL"/>
        </w:rPr>
        <w:t>. E</w:t>
      </w:r>
      <w:r w:rsidRPr="00FB7A9F">
        <w:rPr>
          <w:rFonts w:ascii="Times New Roman" w:hAnsi="Times New Roman" w:cs="Times New Roman"/>
          <w:sz w:val="25"/>
          <w:szCs w:val="25"/>
          <w:lang w:val="nl-NL"/>
        </w:rPr>
        <w:t xml:space="preserve">n </w:t>
      </w:r>
      <w:r w:rsidRPr="00FB7A9F">
        <w:rPr>
          <w:rFonts w:ascii="Times New Roman" w:hAnsi="Times New Roman" w:cs="Times New Roman"/>
          <w:i/>
          <w:iCs/>
          <w:sz w:val="25"/>
          <w:szCs w:val="25"/>
          <w:lang w:val="nl-NL"/>
        </w:rPr>
        <w:t>wil</w:t>
      </w:r>
      <w:r w:rsidRPr="00FB7A9F">
        <w:rPr>
          <w:rFonts w:ascii="Times New Roman" w:hAnsi="Times New Roman" w:cs="Times New Roman"/>
          <w:sz w:val="25"/>
          <w:szCs w:val="25"/>
          <w:lang w:val="nl-NL"/>
        </w:rPr>
        <w:t xml:space="preserve"> bieden</w:t>
      </w:r>
      <w:r w:rsidR="00CC544C">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t>
      </w:r>
    </w:p>
    <w:p w14:paraId="58344556" w14:textId="7140DBED"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i/>
          <w:iCs/>
          <w:sz w:val="25"/>
          <w:szCs w:val="25"/>
          <w:lang w:val="nl-NL"/>
        </w:rPr>
        <w:t>Tenzij wij door de Geest van God wedergeboren worden</w:t>
      </w:r>
      <w:r w:rsidRPr="00FB7A9F">
        <w:rPr>
          <w:rFonts w:ascii="Times New Roman" w:hAnsi="Times New Roman" w:cs="Times New Roman"/>
          <w:sz w:val="25"/>
          <w:szCs w:val="25"/>
          <w:lang w:val="nl-NL"/>
        </w:rPr>
        <w:t xml:space="preserve">. </w:t>
      </w:r>
    </w:p>
    <w:p w14:paraId="559919C8" w14:textId="77777777" w:rsidR="006034BE"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lastRenderedPageBreak/>
        <w:t>Tenzij, dat is de enige mogelijkheid, de enige weg, een andere is er niet. Tenzij je van bovenaf, vanuit de hemel, door de Geest van God weer geestelijk levend gemaakt</w:t>
      </w:r>
      <w:r w:rsidR="00A75B23" w:rsidRPr="00FB7A9F">
        <w:rPr>
          <w:rFonts w:ascii="Times New Roman" w:hAnsi="Times New Roman" w:cs="Times New Roman"/>
          <w:sz w:val="25"/>
          <w:szCs w:val="25"/>
          <w:lang w:val="nl-NL"/>
        </w:rPr>
        <w:t xml:space="preserve"> wordt</w:t>
      </w:r>
      <w:r w:rsidRPr="00FB7A9F">
        <w:rPr>
          <w:rFonts w:ascii="Times New Roman" w:hAnsi="Times New Roman" w:cs="Times New Roman"/>
          <w:sz w:val="25"/>
          <w:szCs w:val="25"/>
          <w:lang w:val="nl-NL"/>
        </w:rPr>
        <w:t xml:space="preserve">. En alles in je nieuw gemaakt wordt. </w:t>
      </w:r>
    </w:p>
    <w:p w14:paraId="18F47279" w14:textId="129768B8"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Je krijgt nieuwe oren om te horen, wat je van tevoren niet hoorde of niet wilde horen. </w:t>
      </w:r>
      <w:r w:rsidRPr="00FB7A9F">
        <w:rPr>
          <w:rFonts w:ascii="Times New Roman" w:hAnsi="Times New Roman" w:cs="Times New Roman"/>
          <w:sz w:val="25"/>
          <w:szCs w:val="25"/>
          <w:lang w:val="nl-NL"/>
        </w:rPr>
        <w:br/>
        <w:t xml:space="preserve">Je krijgt nieuwe ogen om te zien, wat je voorheen niet zag of niet wilde zien. </w:t>
      </w:r>
    </w:p>
    <w:p w14:paraId="74D859CE" w14:textId="628DB70E"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Je krijgt een hart vol heimwee, naar huis. En er komt een nieuwe vraag in je binnenste: </w:t>
      </w:r>
      <w:r w:rsidR="006034BE">
        <w:rPr>
          <w:rFonts w:ascii="Times New Roman" w:hAnsi="Times New Roman" w:cs="Times New Roman"/>
          <w:sz w:val="25"/>
          <w:szCs w:val="25"/>
          <w:lang w:val="nl-NL"/>
        </w:rPr>
        <w:t>“</w:t>
      </w:r>
      <w:r w:rsidRPr="00FB7A9F">
        <w:rPr>
          <w:rFonts w:ascii="Times New Roman" w:hAnsi="Times New Roman" w:cs="Times New Roman"/>
          <w:sz w:val="25"/>
          <w:szCs w:val="25"/>
          <w:lang w:val="nl-NL"/>
        </w:rPr>
        <w:t>Heere, help me. Is er nog een weg terug naar U? Want ik ben U kwijt en zonder U kan ik niet meer verder. Ik zie het, Heere, ik hoor het en ik geloof het. Het is (als het gaat om de redding van mijn ziel) hopeloos aan mijn kant. Heere</w:t>
      </w:r>
      <w:r w:rsidR="006034BE">
        <w:rPr>
          <w:rFonts w:ascii="Times New Roman" w:hAnsi="Times New Roman" w:cs="Times New Roman"/>
          <w:sz w:val="25"/>
          <w:szCs w:val="25"/>
          <w:lang w:val="nl-NL"/>
        </w:rPr>
        <w:t>…</w:t>
      </w:r>
      <w:r w:rsidRPr="00FB7A9F">
        <w:rPr>
          <w:rFonts w:ascii="Times New Roman" w:hAnsi="Times New Roman" w:cs="Times New Roman"/>
          <w:sz w:val="25"/>
          <w:szCs w:val="25"/>
          <w:lang w:val="nl-NL"/>
        </w:rPr>
        <w:t>, ik geef het op.</w:t>
      </w:r>
      <w:r w:rsidR="006034BE">
        <w:rPr>
          <w:rFonts w:ascii="Times New Roman" w:hAnsi="Times New Roman" w:cs="Times New Roman"/>
          <w:sz w:val="25"/>
          <w:szCs w:val="25"/>
          <w:lang w:val="nl-NL"/>
        </w:rPr>
        <w:t>”</w:t>
      </w:r>
    </w:p>
    <w:p w14:paraId="2AFA297A" w14:textId="77777777" w:rsidR="00732FB8" w:rsidRPr="00FB7A9F" w:rsidRDefault="00732FB8" w:rsidP="00732FB8">
      <w:pPr>
        <w:pStyle w:val="Geenafstand"/>
        <w:rPr>
          <w:rFonts w:ascii="Times New Roman" w:hAnsi="Times New Roman" w:cs="Times New Roman"/>
          <w:sz w:val="25"/>
          <w:szCs w:val="25"/>
          <w:lang w:val="nl-NL"/>
        </w:rPr>
      </w:pPr>
    </w:p>
    <w:p w14:paraId="5A15E7B0"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Mag ik u vragen? Hebt u het, hebben jullie het, jongelui, wel eens opgegeven voor God? </w:t>
      </w:r>
      <w:r w:rsidRPr="00FB7A9F">
        <w:rPr>
          <w:rFonts w:ascii="Times New Roman" w:hAnsi="Times New Roman" w:cs="Times New Roman"/>
          <w:sz w:val="25"/>
          <w:szCs w:val="25"/>
          <w:lang w:val="nl-NL"/>
        </w:rPr>
        <w:br/>
        <w:t xml:space="preserve">Heb je het wel eens opgegeven om het zelf te doen? Als je dat nog nooit hebt gedaan, lieve mensen, alsjeblieft geef het dan vanmiddag op. De hoop op jezelf, als het gaat om de redding van je ziel. </w:t>
      </w:r>
      <w:r w:rsidRPr="00FB7A9F">
        <w:rPr>
          <w:rFonts w:ascii="Times New Roman" w:hAnsi="Times New Roman" w:cs="Times New Roman"/>
          <w:sz w:val="25"/>
          <w:szCs w:val="25"/>
          <w:lang w:val="nl-NL"/>
        </w:rPr>
        <w:br/>
        <w:t xml:space="preserve">Want de enige oplossing daarvoor is het </w:t>
      </w:r>
      <w:r w:rsidRPr="00FB7A9F">
        <w:rPr>
          <w:rFonts w:ascii="Times New Roman" w:hAnsi="Times New Roman" w:cs="Times New Roman"/>
          <w:i/>
          <w:iCs/>
          <w:sz w:val="25"/>
          <w:szCs w:val="25"/>
          <w:lang w:val="nl-NL"/>
        </w:rPr>
        <w:t>wonder</w:t>
      </w:r>
      <w:r w:rsidRPr="00FB7A9F">
        <w:rPr>
          <w:rFonts w:ascii="Times New Roman" w:hAnsi="Times New Roman" w:cs="Times New Roman"/>
          <w:sz w:val="25"/>
          <w:szCs w:val="25"/>
          <w:lang w:val="nl-NL"/>
        </w:rPr>
        <w:t xml:space="preserve"> van de weg bij God vandaan. </w:t>
      </w:r>
    </w:p>
    <w:p w14:paraId="156637E3" w14:textId="77777777" w:rsidR="00732FB8" w:rsidRPr="00FB7A9F" w:rsidRDefault="00732FB8" w:rsidP="00732FB8">
      <w:pPr>
        <w:pStyle w:val="Geenafstand"/>
        <w:rPr>
          <w:rFonts w:ascii="Times New Roman" w:hAnsi="Times New Roman" w:cs="Times New Roman"/>
          <w:sz w:val="25"/>
          <w:szCs w:val="25"/>
          <w:lang w:val="nl-NL"/>
        </w:rPr>
      </w:pPr>
    </w:p>
    <w:p w14:paraId="0D7AB6FD" w14:textId="07FFD9AA"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En weet u, dat is de reden dat de Heere deze droeve en dramatische werkelijkheid ons vanuit de </w:t>
      </w:r>
      <w:r w:rsidR="007B547E">
        <w:rPr>
          <w:rFonts w:ascii="Times New Roman" w:hAnsi="Times New Roman" w:cs="Times New Roman"/>
          <w:sz w:val="25"/>
          <w:szCs w:val="25"/>
          <w:lang w:val="nl-NL"/>
        </w:rPr>
        <w:t>C</w:t>
      </w:r>
      <w:r w:rsidRPr="00FB7A9F">
        <w:rPr>
          <w:rFonts w:ascii="Times New Roman" w:hAnsi="Times New Roman" w:cs="Times New Roman"/>
          <w:sz w:val="25"/>
          <w:szCs w:val="25"/>
          <w:lang w:val="nl-NL"/>
        </w:rPr>
        <w:t xml:space="preserve">atechismus en vooral vanuit Zijn Woord (want daar komt het vandaan) voor ogen houdt. Opdat we de hoop op onszelf zouden gaan opgeven. Zodat er in ons hart en in ons leven plaats zou gaan komen voor het </w:t>
      </w:r>
      <w:r w:rsidRPr="00EE60A7">
        <w:rPr>
          <w:rFonts w:ascii="Times New Roman" w:hAnsi="Times New Roman" w:cs="Times New Roman"/>
          <w:i/>
          <w:iCs/>
          <w:sz w:val="25"/>
          <w:szCs w:val="25"/>
          <w:lang w:val="nl-NL"/>
        </w:rPr>
        <w:t>wonder</w:t>
      </w:r>
      <w:r w:rsidRPr="00FB7A9F">
        <w:rPr>
          <w:rFonts w:ascii="Times New Roman" w:hAnsi="Times New Roman" w:cs="Times New Roman"/>
          <w:sz w:val="25"/>
          <w:szCs w:val="25"/>
          <w:lang w:val="nl-NL"/>
        </w:rPr>
        <w:t xml:space="preserve"> bij God vandaan. </w:t>
      </w:r>
    </w:p>
    <w:p w14:paraId="37CAD23D" w14:textId="77777777" w:rsidR="00732FB8" w:rsidRPr="00FB7A9F" w:rsidRDefault="00732FB8" w:rsidP="00732FB8">
      <w:pPr>
        <w:pStyle w:val="Geenafstand"/>
        <w:rPr>
          <w:rFonts w:ascii="Times New Roman" w:hAnsi="Times New Roman" w:cs="Times New Roman"/>
          <w:sz w:val="25"/>
          <w:szCs w:val="25"/>
          <w:lang w:val="nl-NL"/>
        </w:rPr>
      </w:pPr>
    </w:p>
    <w:p w14:paraId="7AF04F30" w14:textId="3B1706EF"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Hier wil God niet ophouden, hoor. Hier wil de Heere beginnen. Om nu ook Zijn licht te laten vallen op wat Hij kan doen en op wat Hij wil doen. Op de weg die Hij gebaand heeft. Een weg dwars door de onmogelijkheid van de Rode Zee. Het nooit ontdekte spoor, Jezus Christus. De tweede, de laatste Adam, Die dwars door onze onmogelijkheid heen, Zelf een weg heeft gebaand voor mensen zoals wij, om hersteld te worden in de gunst en de vrede met God. Door Zijn liefde tot Zijn Vader, door Zijn gehoorzaamheid, door Zijn lijden, door Zijn sterven, door Zijn opstanding en door Zijn leven. Om verloren mensen, verloren als je bent, te zoeken en op te rapen uit dat diepe ravijn, waar we in gevallen zijn. Om vijanden met God te verzoenen door Zijn bloed. </w:t>
      </w:r>
    </w:p>
    <w:p w14:paraId="701AED41" w14:textId="77777777" w:rsidR="00732FB8" w:rsidRPr="00FB7A9F" w:rsidRDefault="00732FB8" w:rsidP="00732FB8">
      <w:pPr>
        <w:pStyle w:val="Geenafstand"/>
        <w:rPr>
          <w:rFonts w:ascii="Times New Roman" w:hAnsi="Times New Roman" w:cs="Times New Roman"/>
          <w:sz w:val="25"/>
          <w:szCs w:val="25"/>
          <w:lang w:val="nl-NL"/>
        </w:rPr>
      </w:pPr>
    </w:p>
    <w:p w14:paraId="540CCA87" w14:textId="14862F71"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Deze </w:t>
      </w:r>
      <w:r w:rsidR="009B5E3A" w:rsidRPr="00FB7A9F">
        <w:rPr>
          <w:rFonts w:ascii="Times New Roman" w:hAnsi="Times New Roman" w:cs="Times New Roman"/>
          <w:sz w:val="25"/>
          <w:szCs w:val="25"/>
          <w:lang w:val="nl-NL"/>
        </w:rPr>
        <w:t>Z</w:t>
      </w:r>
      <w:r w:rsidRPr="00FB7A9F">
        <w:rPr>
          <w:rFonts w:ascii="Times New Roman" w:hAnsi="Times New Roman" w:cs="Times New Roman"/>
          <w:sz w:val="25"/>
          <w:szCs w:val="25"/>
          <w:lang w:val="nl-NL"/>
        </w:rPr>
        <w:t xml:space="preserve">ondag, Zondag 3, schetst in dikke zwarte strepen onze nood en dood. </w:t>
      </w:r>
      <w:r w:rsidR="00A1028B">
        <w:rPr>
          <w:rFonts w:ascii="Times New Roman" w:hAnsi="Times New Roman" w:cs="Times New Roman"/>
          <w:sz w:val="25"/>
          <w:szCs w:val="25"/>
          <w:lang w:val="nl-NL"/>
        </w:rPr>
        <w:br/>
      </w:r>
      <w:r w:rsidRPr="00FB7A9F">
        <w:rPr>
          <w:rFonts w:ascii="Times New Roman" w:hAnsi="Times New Roman" w:cs="Times New Roman"/>
          <w:sz w:val="25"/>
          <w:szCs w:val="25"/>
          <w:lang w:val="nl-NL"/>
        </w:rPr>
        <w:t xml:space="preserve">En zegt eerlijk, goudeerlijk: jezelf redden, op weg naar de eeuwigheid, het is uitgesloten! God moet ingrijpen. </w:t>
      </w:r>
      <w:r w:rsidR="00A1028B">
        <w:rPr>
          <w:rFonts w:ascii="Times New Roman" w:hAnsi="Times New Roman" w:cs="Times New Roman"/>
          <w:sz w:val="25"/>
          <w:szCs w:val="25"/>
          <w:lang w:val="nl-NL"/>
        </w:rPr>
        <w:br/>
      </w:r>
      <w:r w:rsidRPr="00FB7A9F">
        <w:rPr>
          <w:rFonts w:ascii="Times New Roman" w:hAnsi="Times New Roman" w:cs="Times New Roman"/>
          <w:sz w:val="25"/>
          <w:szCs w:val="25"/>
          <w:lang w:val="nl-NL"/>
        </w:rPr>
        <w:t xml:space="preserve">Maar wanhoop niet! Want God </w:t>
      </w:r>
      <w:r w:rsidRPr="00FB7A9F">
        <w:rPr>
          <w:rFonts w:ascii="Times New Roman" w:hAnsi="Times New Roman" w:cs="Times New Roman"/>
          <w:i/>
          <w:iCs/>
          <w:sz w:val="25"/>
          <w:szCs w:val="25"/>
          <w:lang w:val="nl-NL"/>
        </w:rPr>
        <w:t>wil</w:t>
      </w:r>
      <w:r w:rsidRPr="00FB7A9F">
        <w:rPr>
          <w:rFonts w:ascii="Times New Roman" w:hAnsi="Times New Roman" w:cs="Times New Roman"/>
          <w:sz w:val="25"/>
          <w:szCs w:val="25"/>
          <w:lang w:val="nl-NL"/>
        </w:rPr>
        <w:t xml:space="preserve"> ook ingrijpen in je leven. </w:t>
      </w:r>
    </w:p>
    <w:p w14:paraId="09C276E3" w14:textId="7CEF7B9C"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En dat is de reden dat de Heere </w:t>
      </w:r>
      <w:r w:rsidR="00A1028B">
        <w:rPr>
          <w:rFonts w:ascii="Times New Roman" w:hAnsi="Times New Roman" w:cs="Times New Roman"/>
          <w:sz w:val="25"/>
          <w:szCs w:val="25"/>
          <w:lang w:val="nl-NL"/>
        </w:rPr>
        <w:t xml:space="preserve">u </w:t>
      </w:r>
      <w:r w:rsidRPr="00FB7A9F">
        <w:rPr>
          <w:rFonts w:ascii="Times New Roman" w:hAnsi="Times New Roman" w:cs="Times New Roman"/>
          <w:sz w:val="25"/>
          <w:szCs w:val="25"/>
          <w:lang w:val="nl-NL"/>
        </w:rPr>
        <w:t>dit van</w:t>
      </w:r>
      <w:r w:rsidR="00A1028B">
        <w:rPr>
          <w:rFonts w:ascii="Times New Roman" w:hAnsi="Times New Roman" w:cs="Times New Roman"/>
          <w:sz w:val="25"/>
          <w:szCs w:val="25"/>
          <w:lang w:val="nl-NL"/>
        </w:rPr>
        <w:t>middag</w:t>
      </w:r>
      <w:r w:rsidRPr="00FB7A9F">
        <w:rPr>
          <w:rFonts w:ascii="Times New Roman" w:hAnsi="Times New Roman" w:cs="Times New Roman"/>
          <w:sz w:val="25"/>
          <w:szCs w:val="25"/>
          <w:lang w:val="nl-NL"/>
        </w:rPr>
        <w:t xml:space="preserve"> voor ogen houdt. </w:t>
      </w:r>
    </w:p>
    <w:p w14:paraId="04578DC7" w14:textId="77777777" w:rsidR="00732FB8" w:rsidRPr="00FB7A9F" w:rsidRDefault="00732FB8" w:rsidP="00732FB8">
      <w:pPr>
        <w:pStyle w:val="Geenafstand"/>
        <w:rPr>
          <w:rFonts w:ascii="Times New Roman" w:hAnsi="Times New Roman" w:cs="Times New Roman"/>
          <w:sz w:val="25"/>
          <w:szCs w:val="25"/>
          <w:lang w:val="nl-NL"/>
        </w:rPr>
      </w:pPr>
    </w:p>
    <w:p w14:paraId="2DE6BE52" w14:textId="0ECC70A0"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En dus, lieve mensen, kan je bij het luisteren naar deze Zondag 3 het beste maar eerlijk buigen en zeggen: </w:t>
      </w:r>
      <w:r w:rsidR="00A1028B">
        <w:rPr>
          <w:rFonts w:ascii="Times New Roman" w:hAnsi="Times New Roman" w:cs="Times New Roman"/>
          <w:sz w:val="25"/>
          <w:szCs w:val="25"/>
          <w:lang w:val="nl-NL"/>
        </w:rPr>
        <w:t>“</w:t>
      </w:r>
      <w:r w:rsidRPr="00FB7A9F">
        <w:rPr>
          <w:rFonts w:ascii="Times New Roman" w:hAnsi="Times New Roman" w:cs="Times New Roman"/>
          <w:sz w:val="25"/>
          <w:szCs w:val="25"/>
          <w:lang w:val="nl-NL"/>
        </w:rPr>
        <w:t>Het is waar, Heere, U hebt gelijk. Als ik kijk naar mijn eigen hart en naar mijn eigen leven, Heere, dan is het aan mijn kant (als het gaat om de redding van mijn ziel) hopeloos.</w:t>
      </w:r>
      <w:r w:rsidR="00A1028B">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t>
      </w:r>
    </w:p>
    <w:p w14:paraId="08201E05" w14:textId="77777777" w:rsidR="00732FB8" w:rsidRPr="00FB7A9F" w:rsidRDefault="00732FB8" w:rsidP="00732FB8">
      <w:pPr>
        <w:pStyle w:val="Geenafstand"/>
        <w:rPr>
          <w:rFonts w:ascii="Times New Roman" w:hAnsi="Times New Roman" w:cs="Times New Roman"/>
          <w:sz w:val="25"/>
          <w:szCs w:val="25"/>
          <w:lang w:val="nl-NL"/>
        </w:rPr>
      </w:pPr>
    </w:p>
    <w:p w14:paraId="532C4B34"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Maar niet stoppen daar! </w:t>
      </w:r>
    </w:p>
    <w:p w14:paraId="654DFC3B" w14:textId="3BC45189"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Maar zeggen: </w:t>
      </w:r>
      <w:r w:rsidR="00A1028B">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Maar, Heere, als U nu Zelf een weg gebaand hebt voor zondaars om zalig te worden, o Heere, red dan ook mijn ziel. Ontferm U dan in zondaarsliefde ook over </w:t>
      </w:r>
      <w:r w:rsidRPr="00FB7A9F">
        <w:rPr>
          <w:rFonts w:ascii="Times New Roman" w:hAnsi="Times New Roman" w:cs="Times New Roman"/>
          <w:sz w:val="25"/>
          <w:szCs w:val="25"/>
          <w:lang w:val="nl-NL"/>
        </w:rPr>
        <w:lastRenderedPageBreak/>
        <w:t>mijn door en door verloren hart. Heere</w:t>
      </w:r>
      <w:r w:rsidR="001C4B17">
        <w:rPr>
          <w:rFonts w:ascii="Times New Roman" w:hAnsi="Times New Roman" w:cs="Times New Roman"/>
          <w:sz w:val="25"/>
          <w:szCs w:val="25"/>
          <w:lang w:val="nl-NL"/>
        </w:rPr>
        <w:t xml:space="preserve"> Jezus</w:t>
      </w:r>
      <w:r w:rsidRPr="00FB7A9F">
        <w:rPr>
          <w:rFonts w:ascii="Times New Roman" w:hAnsi="Times New Roman" w:cs="Times New Roman"/>
          <w:sz w:val="25"/>
          <w:szCs w:val="25"/>
          <w:lang w:val="nl-NL"/>
        </w:rPr>
        <w:t xml:space="preserve">, U bent toch gekomen om zondaars zalig te maken? Om te zoeken en zalig te maken wat verloren was? </w:t>
      </w:r>
    </w:p>
    <w:p w14:paraId="3492BFC1" w14:textId="77777777" w:rsidR="001C4B17"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Nu dan, Heere, zo iemand ben ik. </w:t>
      </w:r>
    </w:p>
    <w:p w14:paraId="48954FD1" w14:textId="77777777" w:rsidR="001C4B17" w:rsidRDefault="001C4B17" w:rsidP="00732FB8">
      <w:pPr>
        <w:pStyle w:val="Geenafstand"/>
        <w:rPr>
          <w:rFonts w:ascii="Times New Roman" w:hAnsi="Times New Roman" w:cs="Times New Roman"/>
          <w:sz w:val="25"/>
          <w:szCs w:val="25"/>
          <w:lang w:val="nl-NL"/>
        </w:rPr>
      </w:pPr>
    </w:p>
    <w:p w14:paraId="7BD24450" w14:textId="7CD31338"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Ik pas, o heilige God, nooit meer bij U. </w:t>
      </w:r>
    </w:p>
    <w:p w14:paraId="4C93ABF2" w14:textId="44EC440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Maar Heere, U past door Uw Christus dan </w:t>
      </w:r>
      <w:r w:rsidRPr="001C4B17">
        <w:rPr>
          <w:rFonts w:ascii="Times New Roman" w:hAnsi="Times New Roman" w:cs="Times New Roman"/>
          <w:sz w:val="25"/>
          <w:szCs w:val="25"/>
          <w:lang w:val="nl-NL"/>
        </w:rPr>
        <w:t>wel bij mij.</w:t>
      </w:r>
      <w:r w:rsidR="001C4B17" w:rsidRPr="001C4B17">
        <w:rPr>
          <w:rFonts w:ascii="Times New Roman" w:hAnsi="Times New Roman" w:cs="Times New Roman"/>
          <w:sz w:val="25"/>
          <w:szCs w:val="25"/>
          <w:lang w:val="nl-NL"/>
        </w:rPr>
        <w:t>”</w:t>
      </w:r>
      <w:r w:rsidRPr="00FB7A9F">
        <w:rPr>
          <w:rFonts w:ascii="Times New Roman" w:hAnsi="Times New Roman" w:cs="Times New Roman"/>
          <w:sz w:val="25"/>
          <w:szCs w:val="25"/>
          <w:lang w:val="nl-NL"/>
        </w:rPr>
        <w:t xml:space="preserve"> </w:t>
      </w:r>
      <w:r w:rsidRPr="00FB7A9F">
        <w:rPr>
          <w:rFonts w:ascii="Times New Roman" w:hAnsi="Times New Roman" w:cs="Times New Roman"/>
          <w:sz w:val="25"/>
          <w:szCs w:val="25"/>
          <w:lang w:val="nl-NL"/>
        </w:rPr>
        <w:br/>
      </w:r>
    </w:p>
    <w:p w14:paraId="5838388E" w14:textId="77777777" w:rsidR="00732FB8" w:rsidRPr="00FB7A9F" w:rsidRDefault="00732FB8" w:rsidP="00732FB8">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 xml:space="preserve">Ja, toch? </w:t>
      </w:r>
      <w:r w:rsidRPr="00FB7A9F">
        <w:rPr>
          <w:rFonts w:ascii="Times New Roman" w:hAnsi="Times New Roman" w:cs="Times New Roman"/>
          <w:sz w:val="25"/>
          <w:szCs w:val="25"/>
          <w:lang w:val="nl-NL"/>
        </w:rPr>
        <w:br/>
        <w:t xml:space="preserve">Ja, dat past: de Zaligmaker van zondaars past bij verloren mensen. </w:t>
      </w:r>
    </w:p>
    <w:p w14:paraId="7FDE9106" w14:textId="77777777" w:rsidR="00732FB8" w:rsidRPr="00FB7A9F" w:rsidRDefault="00732FB8" w:rsidP="00732FB8">
      <w:pPr>
        <w:pStyle w:val="Geenafstand"/>
        <w:rPr>
          <w:rFonts w:ascii="Times New Roman" w:hAnsi="Times New Roman" w:cs="Times New Roman"/>
          <w:sz w:val="25"/>
          <w:szCs w:val="25"/>
          <w:lang w:val="nl-NL"/>
        </w:rPr>
      </w:pPr>
    </w:p>
    <w:p w14:paraId="186E9389" w14:textId="77777777" w:rsidR="00732FB8" w:rsidRPr="00FB7A9F" w:rsidRDefault="00732FB8" w:rsidP="00A07EA9">
      <w:pPr>
        <w:pStyle w:val="Geenafstand"/>
        <w:jc w:val="center"/>
        <w:rPr>
          <w:rFonts w:ascii="Times New Roman" w:hAnsi="Times New Roman" w:cs="Times New Roman"/>
          <w:sz w:val="25"/>
          <w:szCs w:val="25"/>
          <w:lang w:val="nl-NL"/>
        </w:rPr>
      </w:pPr>
      <w:r w:rsidRPr="00FB7A9F">
        <w:rPr>
          <w:rFonts w:ascii="Times New Roman" w:hAnsi="Times New Roman" w:cs="Times New Roman"/>
          <w:sz w:val="25"/>
          <w:szCs w:val="25"/>
          <w:lang w:val="nl-NL"/>
        </w:rPr>
        <w:t>Amen.</w:t>
      </w:r>
    </w:p>
    <w:p w14:paraId="7D0418E7" w14:textId="77777777" w:rsidR="00713D9F" w:rsidRPr="00FB7A9F" w:rsidRDefault="00713D9F" w:rsidP="00732FB8">
      <w:pPr>
        <w:pStyle w:val="Geenafstand"/>
        <w:rPr>
          <w:rFonts w:ascii="Times New Roman" w:hAnsi="Times New Roman" w:cs="Times New Roman"/>
          <w:sz w:val="25"/>
          <w:szCs w:val="25"/>
          <w:lang w:val="nl-NL"/>
        </w:rPr>
      </w:pPr>
    </w:p>
    <w:p w14:paraId="213C5107" w14:textId="77777777" w:rsidR="00D123DB" w:rsidRPr="00FB7A9F" w:rsidRDefault="00D123DB" w:rsidP="00732FB8">
      <w:pPr>
        <w:pStyle w:val="Geenafstand"/>
        <w:rPr>
          <w:rFonts w:ascii="Times New Roman" w:hAnsi="Times New Roman" w:cs="Times New Roman"/>
          <w:sz w:val="25"/>
          <w:szCs w:val="25"/>
          <w:lang w:val="nl-NL"/>
        </w:rPr>
      </w:pPr>
    </w:p>
    <w:p w14:paraId="21FD3DCE" w14:textId="77777777" w:rsidR="00D123DB" w:rsidRPr="00FB7A9F" w:rsidRDefault="00D123DB" w:rsidP="00732FB8">
      <w:pPr>
        <w:pStyle w:val="Geenafstand"/>
        <w:rPr>
          <w:rFonts w:ascii="Times New Roman" w:hAnsi="Times New Roman" w:cs="Times New Roman"/>
          <w:sz w:val="25"/>
          <w:szCs w:val="25"/>
          <w:lang w:val="nl-NL"/>
        </w:rPr>
      </w:pPr>
    </w:p>
    <w:p w14:paraId="0B38CD86" w14:textId="77777777" w:rsidR="00D123DB" w:rsidRPr="00FB7A9F" w:rsidRDefault="00D123DB" w:rsidP="00732FB8">
      <w:pPr>
        <w:pStyle w:val="Geenafstand"/>
        <w:rPr>
          <w:rFonts w:ascii="Times New Roman" w:hAnsi="Times New Roman" w:cs="Times New Roman"/>
          <w:sz w:val="25"/>
          <w:szCs w:val="25"/>
          <w:lang w:val="nl-NL"/>
        </w:rPr>
      </w:pPr>
    </w:p>
    <w:p w14:paraId="1D313E50" w14:textId="77777777" w:rsidR="00D123DB" w:rsidRPr="00FB7A9F" w:rsidRDefault="00D123DB" w:rsidP="00732FB8">
      <w:pPr>
        <w:pStyle w:val="Geenafstand"/>
        <w:rPr>
          <w:rFonts w:ascii="Times New Roman" w:hAnsi="Times New Roman" w:cs="Times New Roman"/>
          <w:sz w:val="25"/>
          <w:szCs w:val="25"/>
          <w:lang w:val="nl-NL"/>
        </w:rPr>
      </w:pPr>
    </w:p>
    <w:p w14:paraId="2E20BD7A" w14:textId="225568A3" w:rsidR="00D123DB" w:rsidRPr="00FB7A9F" w:rsidRDefault="00481608" w:rsidP="001C4B17">
      <w:pPr>
        <w:pStyle w:val="Geenafstand"/>
        <w:rPr>
          <w:rFonts w:ascii="Times New Roman" w:hAnsi="Times New Roman" w:cs="Times New Roman"/>
          <w:sz w:val="25"/>
          <w:szCs w:val="25"/>
          <w:lang w:val="nl-NL"/>
        </w:rPr>
      </w:pPr>
      <w:r w:rsidRPr="00FB7A9F">
        <w:rPr>
          <w:rFonts w:ascii="Times New Roman" w:hAnsi="Times New Roman" w:cs="Times New Roman"/>
          <w:sz w:val="25"/>
          <w:szCs w:val="25"/>
          <w:lang w:val="nl-NL"/>
        </w:rPr>
        <w:t>Slotzang Psalm 40:3</w:t>
      </w:r>
      <w:r w:rsidR="009B5E3A" w:rsidRPr="00FB7A9F">
        <w:rPr>
          <w:rFonts w:ascii="Times New Roman" w:hAnsi="Times New Roman" w:cs="Times New Roman"/>
          <w:sz w:val="25"/>
          <w:szCs w:val="25"/>
          <w:lang w:val="nl-NL"/>
        </w:rPr>
        <w:t xml:space="preserve"> en</w:t>
      </w:r>
      <w:r w:rsidRPr="00FB7A9F">
        <w:rPr>
          <w:rFonts w:ascii="Times New Roman" w:hAnsi="Times New Roman" w:cs="Times New Roman"/>
          <w:sz w:val="25"/>
          <w:szCs w:val="25"/>
          <w:lang w:val="nl-NL"/>
        </w:rPr>
        <w:t xml:space="preserve"> 4</w:t>
      </w:r>
    </w:p>
    <w:p w14:paraId="3911BD60" w14:textId="77777777" w:rsidR="00D123DB" w:rsidRPr="00FB7A9F" w:rsidRDefault="00D123DB" w:rsidP="00732FB8">
      <w:pPr>
        <w:pStyle w:val="Geenafstand"/>
        <w:rPr>
          <w:rFonts w:ascii="Times New Roman" w:hAnsi="Times New Roman" w:cs="Times New Roman"/>
          <w:sz w:val="25"/>
          <w:szCs w:val="25"/>
          <w:lang w:val="nl-NL"/>
        </w:rPr>
      </w:pPr>
    </w:p>
    <w:sectPr w:rsidR="00D123DB" w:rsidRPr="00FB7A9F" w:rsidSect="00BA3215">
      <w:headerReference w:type="even" r:id="rId8"/>
      <w:headerReference w:type="default" r:id="rId9"/>
      <w:footerReference w:type="even" r:id="rId10"/>
      <w:footerReference w:type="default" r:id="rId11"/>
      <w:headerReference w:type="first" r:id="rId12"/>
      <w:footerReference w:type="first" r:id="rId13"/>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58130" w14:textId="77777777" w:rsidR="0074112B" w:rsidRDefault="0074112B" w:rsidP="00C16F38">
      <w:pPr>
        <w:spacing w:after="0" w:line="240" w:lineRule="auto"/>
      </w:pPr>
      <w:r>
        <w:separator/>
      </w:r>
    </w:p>
  </w:endnote>
  <w:endnote w:type="continuationSeparator" w:id="0">
    <w:p w14:paraId="66C70A23" w14:textId="77777777" w:rsidR="0074112B" w:rsidRDefault="0074112B"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 w:name="Courier">
    <w:panose1 w:val="02070409020205020404"/>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FE6C8" w14:textId="77777777" w:rsidR="00CF7370" w:rsidRDefault="00CF7370">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5EB0F"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0471E60A" wp14:editId="2092B652">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F88806"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286BD1" w:rsidRPr="00D123DB">
          <w:rPr>
            <w:rFonts w:ascii="Times New Roman" w:hAnsi="Times New Roman" w:cs="Times New Roman"/>
          </w:rPr>
          <w:t>2</w:t>
        </w:r>
        <w:r w:rsidR="00286BD1" w:rsidRPr="00D123DB">
          <w:rPr>
            <w:rFonts w:ascii="Times New Roman" w:hAnsi="Times New Roman" w:cs="Times New Roman"/>
          </w:rPr>
          <w:fldChar w:fldCharType="end"/>
        </w:r>
      </w:sdtContent>
    </w:sdt>
  </w:p>
  <w:p w14:paraId="66075A3D" w14:textId="77777777" w:rsidR="00286BD1"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6A6AC2D1"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37693378" wp14:editId="59E8479A">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E1515A2"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1CC0C3BD"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6C590" w14:textId="77777777" w:rsidR="0074112B" w:rsidRDefault="0074112B" w:rsidP="00C16F38">
      <w:pPr>
        <w:spacing w:after="0" w:line="240" w:lineRule="auto"/>
      </w:pPr>
      <w:r>
        <w:separator/>
      </w:r>
    </w:p>
  </w:footnote>
  <w:footnote w:type="continuationSeparator" w:id="0">
    <w:p w14:paraId="20942BAE" w14:textId="77777777" w:rsidR="0074112B" w:rsidRDefault="0074112B"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B5B8A" w14:textId="77777777" w:rsidR="00CF7370" w:rsidRDefault="00CF7370">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4E899" w14:textId="10606602" w:rsidR="00286BD1" w:rsidRDefault="00286BD1">
    <w:pPr>
      <w:pStyle w:val="Koptekst"/>
    </w:pPr>
    <w:r>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5F3AE989" wp14:editId="721E034F">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B99C"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Pree</w:t>
    </w:r>
    <w:r w:rsidR="004B341F">
      <w:rPr>
        <w:rFonts w:ascii="Times New Roman" w:hAnsi="Times New Roman" w:cs="Times New Roman"/>
        <w:sz w:val="24"/>
        <w:szCs w:val="40"/>
      </w:rPr>
      <w:t>k</w:t>
    </w:r>
    <w:r w:rsidRPr="00286BD1">
      <w:rPr>
        <w:rFonts w:ascii="Times New Roman" w:hAnsi="Times New Roman" w:cs="Times New Roman"/>
        <w:sz w:val="24"/>
        <w:szCs w:val="40"/>
      </w:rPr>
      <w:t xml:space="preserve"> </w:t>
    </w:r>
    <w:r w:rsidR="004B341F">
      <w:rPr>
        <w:rFonts w:ascii="Times New Roman" w:hAnsi="Times New Roman" w:cs="Times New Roman"/>
        <w:sz w:val="24"/>
        <w:szCs w:val="40"/>
      </w:rPr>
      <w:t>Zondag 3</w:t>
    </w:r>
    <w:r w:rsidR="00CF7370">
      <w:rPr>
        <w:rFonts w:ascii="Times New Roman" w:hAnsi="Times New Roman" w:cs="Times New Roman"/>
        <w:sz w:val="24"/>
        <w:szCs w:val="40"/>
      </w:rPr>
      <w:t xml:space="preserve"> – Vroeger en nu</w:t>
    </w: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E3A61" w14:textId="77777777" w:rsidR="00CF7370" w:rsidRDefault="00CF737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jstnummering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jstnummering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jstopsomtek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jstopsomtek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jstnummering"/>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jstopsomteken"/>
      <w:lvlText w:val=""/>
      <w:lvlJc w:val="left"/>
      <w:pPr>
        <w:tabs>
          <w:tab w:val="num" w:pos="360"/>
        </w:tabs>
        <w:ind w:left="360" w:hanging="360"/>
      </w:pPr>
      <w:rPr>
        <w:rFonts w:ascii="Symbol" w:hAnsi="Symbol" w:hint="default"/>
      </w:rPr>
    </w:lvl>
  </w:abstractNum>
  <w:num w:numId="1" w16cid:durableId="1565413450">
    <w:abstractNumId w:val="8"/>
  </w:num>
  <w:num w:numId="2" w16cid:durableId="736173237">
    <w:abstractNumId w:val="6"/>
  </w:num>
  <w:num w:numId="3" w16cid:durableId="1764640030">
    <w:abstractNumId w:val="5"/>
  </w:num>
  <w:num w:numId="4" w16cid:durableId="1362168774">
    <w:abstractNumId w:val="4"/>
  </w:num>
  <w:num w:numId="5" w16cid:durableId="671684467">
    <w:abstractNumId w:val="7"/>
  </w:num>
  <w:num w:numId="6" w16cid:durableId="591738915">
    <w:abstractNumId w:val="3"/>
  </w:num>
  <w:num w:numId="7" w16cid:durableId="2133936525">
    <w:abstractNumId w:val="2"/>
  </w:num>
  <w:num w:numId="8" w16cid:durableId="482624312">
    <w:abstractNumId w:val="1"/>
  </w:num>
  <w:num w:numId="9" w16cid:durableId="1786998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FB8"/>
    <w:rsid w:val="000227D0"/>
    <w:rsid w:val="00076281"/>
    <w:rsid w:val="00085ED9"/>
    <w:rsid w:val="00097E21"/>
    <w:rsid w:val="000A53B9"/>
    <w:rsid w:val="000C412C"/>
    <w:rsid w:val="001128E5"/>
    <w:rsid w:val="00193C90"/>
    <w:rsid w:val="001B0D65"/>
    <w:rsid w:val="001C4B17"/>
    <w:rsid w:val="002056C2"/>
    <w:rsid w:val="00222930"/>
    <w:rsid w:val="00233B1F"/>
    <w:rsid w:val="00284B9B"/>
    <w:rsid w:val="00285DFC"/>
    <w:rsid w:val="00286BD1"/>
    <w:rsid w:val="002972EB"/>
    <w:rsid w:val="003059F6"/>
    <w:rsid w:val="00323F60"/>
    <w:rsid w:val="003266E3"/>
    <w:rsid w:val="003643DA"/>
    <w:rsid w:val="003D7499"/>
    <w:rsid w:val="003D7CD6"/>
    <w:rsid w:val="003F6FEB"/>
    <w:rsid w:val="0042206B"/>
    <w:rsid w:val="0042410E"/>
    <w:rsid w:val="004252FB"/>
    <w:rsid w:val="00440E6B"/>
    <w:rsid w:val="0046700B"/>
    <w:rsid w:val="004749E2"/>
    <w:rsid w:val="00481608"/>
    <w:rsid w:val="004B341F"/>
    <w:rsid w:val="004C28B3"/>
    <w:rsid w:val="0052360D"/>
    <w:rsid w:val="00544250"/>
    <w:rsid w:val="005B7BB9"/>
    <w:rsid w:val="005C167C"/>
    <w:rsid w:val="005E0B45"/>
    <w:rsid w:val="005E237D"/>
    <w:rsid w:val="005E2FFD"/>
    <w:rsid w:val="006034BE"/>
    <w:rsid w:val="00613A45"/>
    <w:rsid w:val="006B0777"/>
    <w:rsid w:val="006B0966"/>
    <w:rsid w:val="006E183E"/>
    <w:rsid w:val="006F280F"/>
    <w:rsid w:val="006F3C56"/>
    <w:rsid w:val="00713D9F"/>
    <w:rsid w:val="00732FB8"/>
    <w:rsid w:val="0074112B"/>
    <w:rsid w:val="0078128D"/>
    <w:rsid w:val="007B547E"/>
    <w:rsid w:val="007E28F9"/>
    <w:rsid w:val="007F1C4B"/>
    <w:rsid w:val="0083306A"/>
    <w:rsid w:val="00842241"/>
    <w:rsid w:val="0084338A"/>
    <w:rsid w:val="0085499D"/>
    <w:rsid w:val="00873D65"/>
    <w:rsid w:val="00884609"/>
    <w:rsid w:val="00886F0D"/>
    <w:rsid w:val="00897734"/>
    <w:rsid w:val="008B1A44"/>
    <w:rsid w:val="008B2E6F"/>
    <w:rsid w:val="008D6F4F"/>
    <w:rsid w:val="009071A8"/>
    <w:rsid w:val="00921D4E"/>
    <w:rsid w:val="00930584"/>
    <w:rsid w:val="00961DF7"/>
    <w:rsid w:val="009663A0"/>
    <w:rsid w:val="00970B9D"/>
    <w:rsid w:val="00972A82"/>
    <w:rsid w:val="009B5E3A"/>
    <w:rsid w:val="009B7A01"/>
    <w:rsid w:val="009E0A1E"/>
    <w:rsid w:val="00A07EA9"/>
    <w:rsid w:val="00A1028B"/>
    <w:rsid w:val="00A60600"/>
    <w:rsid w:val="00A75B23"/>
    <w:rsid w:val="00AE09A4"/>
    <w:rsid w:val="00B17165"/>
    <w:rsid w:val="00B500CC"/>
    <w:rsid w:val="00B63122"/>
    <w:rsid w:val="00BA3215"/>
    <w:rsid w:val="00BA51D1"/>
    <w:rsid w:val="00BC7374"/>
    <w:rsid w:val="00C165C8"/>
    <w:rsid w:val="00C16F38"/>
    <w:rsid w:val="00C437E8"/>
    <w:rsid w:val="00CB08AE"/>
    <w:rsid w:val="00CC544C"/>
    <w:rsid w:val="00CF3536"/>
    <w:rsid w:val="00CF7370"/>
    <w:rsid w:val="00D02C16"/>
    <w:rsid w:val="00D07D7C"/>
    <w:rsid w:val="00D123DB"/>
    <w:rsid w:val="00D31ECA"/>
    <w:rsid w:val="00D86E05"/>
    <w:rsid w:val="00DB367C"/>
    <w:rsid w:val="00DC2821"/>
    <w:rsid w:val="00DD1813"/>
    <w:rsid w:val="00E55CDF"/>
    <w:rsid w:val="00E7600A"/>
    <w:rsid w:val="00E93F62"/>
    <w:rsid w:val="00EB122F"/>
    <w:rsid w:val="00EE60A7"/>
    <w:rsid w:val="00EF1A95"/>
    <w:rsid w:val="00EF2137"/>
    <w:rsid w:val="00F27365"/>
    <w:rsid w:val="00F34161"/>
    <w:rsid w:val="00F34DC9"/>
    <w:rsid w:val="00F454E3"/>
    <w:rsid w:val="00F465F7"/>
    <w:rsid w:val="00F50142"/>
    <w:rsid w:val="00F569D0"/>
    <w:rsid w:val="00F842C8"/>
    <w:rsid w:val="00FA3866"/>
    <w:rsid w:val="00FB7A9F"/>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DD156C"/>
  <w15:chartTrackingRefBased/>
  <w15:docId w15:val="{F19CE5DF-66BA-4EC1-8848-C0DE55CD4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next w:val="Geenafstand"/>
    <w:qFormat/>
    <w:rsid w:val="00732FB8"/>
    <w:pPr>
      <w:spacing w:after="200" w:line="276" w:lineRule="auto"/>
      <w:contextualSpacing/>
    </w:pPr>
    <w:rPr>
      <w:rFonts w:eastAsiaTheme="minorEastAsia"/>
      <w:lang w:val="en-US"/>
    </w:rPr>
  </w:style>
  <w:style w:type="paragraph" w:styleId="Kop1">
    <w:name w:val="heading 1"/>
    <w:basedOn w:val="Standaard"/>
    <w:next w:val="Standaard"/>
    <w:link w:val="Kop1Char"/>
    <w:uiPriority w:val="9"/>
    <w:qFormat/>
    <w:rsid w:val="00732FB8"/>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Kop2">
    <w:name w:val="heading 2"/>
    <w:basedOn w:val="Standaard"/>
    <w:next w:val="Standaard"/>
    <w:link w:val="Kop2Char"/>
    <w:uiPriority w:val="9"/>
    <w:unhideWhenUsed/>
    <w:qFormat/>
    <w:rsid w:val="00732FB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Kop3">
    <w:name w:val="heading 3"/>
    <w:basedOn w:val="Standaard"/>
    <w:next w:val="Standaard"/>
    <w:link w:val="Kop3Char"/>
    <w:uiPriority w:val="9"/>
    <w:unhideWhenUsed/>
    <w:qFormat/>
    <w:rsid w:val="00732FB8"/>
    <w:pPr>
      <w:keepNext/>
      <w:keepLines/>
      <w:spacing w:before="200" w:after="0"/>
      <w:outlineLvl w:val="2"/>
    </w:pPr>
    <w:rPr>
      <w:rFonts w:asciiTheme="majorHAnsi" w:eastAsiaTheme="majorEastAsia" w:hAnsiTheme="majorHAnsi" w:cstheme="majorBidi"/>
      <w:b/>
      <w:bCs/>
      <w:color w:val="4472C4" w:themeColor="accent1"/>
    </w:rPr>
  </w:style>
  <w:style w:type="paragraph" w:styleId="Kop4">
    <w:name w:val="heading 4"/>
    <w:basedOn w:val="Standaard"/>
    <w:next w:val="Standaard"/>
    <w:link w:val="Kop4Char"/>
    <w:uiPriority w:val="9"/>
    <w:semiHidden/>
    <w:unhideWhenUsed/>
    <w:qFormat/>
    <w:rsid w:val="00732FB8"/>
    <w:pPr>
      <w:keepNext/>
      <w:keepLines/>
      <w:spacing w:before="200" w:after="0"/>
      <w:outlineLvl w:val="3"/>
    </w:pPr>
    <w:rPr>
      <w:rFonts w:asciiTheme="majorHAnsi" w:eastAsiaTheme="majorEastAsia" w:hAnsiTheme="majorHAnsi" w:cstheme="majorBidi"/>
      <w:b/>
      <w:bCs/>
      <w:i/>
      <w:iCs/>
      <w:color w:val="4472C4" w:themeColor="accent1"/>
    </w:rPr>
  </w:style>
  <w:style w:type="paragraph" w:styleId="Kop5">
    <w:name w:val="heading 5"/>
    <w:basedOn w:val="Standaard"/>
    <w:next w:val="Standaard"/>
    <w:link w:val="Kop5Char"/>
    <w:uiPriority w:val="9"/>
    <w:semiHidden/>
    <w:unhideWhenUsed/>
    <w:qFormat/>
    <w:rsid w:val="00732FB8"/>
    <w:pPr>
      <w:keepNext/>
      <w:keepLines/>
      <w:spacing w:before="200" w:after="0"/>
      <w:outlineLvl w:val="4"/>
    </w:pPr>
    <w:rPr>
      <w:rFonts w:asciiTheme="majorHAnsi" w:eastAsiaTheme="majorEastAsia" w:hAnsiTheme="majorHAnsi" w:cstheme="majorBidi"/>
      <w:color w:val="1F3763" w:themeColor="accent1" w:themeShade="7F"/>
    </w:rPr>
  </w:style>
  <w:style w:type="paragraph" w:styleId="Kop6">
    <w:name w:val="heading 6"/>
    <w:basedOn w:val="Standaard"/>
    <w:next w:val="Standaard"/>
    <w:link w:val="Kop6Char"/>
    <w:uiPriority w:val="9"/>
    <w:semiHidden/>
    <w:unhideWhenUsed/>
    <w:qFormat/>
    <w:rsid w:val="00732FB8"/>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Kop7">
    <w:name w:val="heading 7"/>
    <w:basedOn w:val="Standaard"/>
    <w:next w:val="Standaard"/>
    <w:link w:val="Kop7Char"/>
    <w:uiPriority w:val="9"/>
    <w:semiHidden/>
    <w:unhideWhenUsed/>
    <w:qFormat/>
    <w:rsid w:val="00732FB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732FB8"/>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Kop9">
    <w:name w:val="heading 9"/>
    <w:basedOn w:val="Standaard"/>
    <w:next w:val="Standaard"/>
    <w:link w:val="Kop9Char"/>
    <w:uiPriority w:val="9"/>
    <w:semiHidden/>
    <w:unhideWhenUsed/>
    <w:qFormat/>
    <w:rsid w:val="00732FB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rPr>
  </w:style>
  <w:style w:type="character" w:customStyle="1" w:styleId="VoettekstChar">
    <w:name w:val="Voettekst Char"/>
    <w:basedOn w:val="Standaardalinea-lettertype"/>
    <w:link w:val="Voettekst"/>
    <w:uiPriority w:val="99"/>
    <w:rsid w:val="00C16F38"/>
    <w:rPr>
      <w:szCs w:val="36"/>
      <w:lang w:bidi="km-KH"/>
    </w:rPr>
  </w:style>
  <w:style w:type="character" w:customStyle="1" w:styleId="Kop1Char">
    <w:name w:val="Kop 1 Char"/>
    <w:basedOn w:val="Standaardalinea-lettertype"/>
    <w:link w:val="Kop1"/>
    <w:uiPriority w:val="9"/>
    <w:rsid w:val="00732FB8"/>
    <w:rPr>
      <w:rFonts w:asciiTheme="majorHAnsi" w:eastAsiaTheme="majorEastAsia" w:hAnsiTheme="majorHAnsi" w:cstheme="majorBidi"/>
      <w:b/>
      <w:bCs/>
      <w:color w:val="2F5496" w:themeColor="accent1" w:themeShade="BF"/>
      <w:sz w:val="28"/>
      <w:szCs w:val="28"/>
      <w:lang w:val="en-US"/>
    </w:rPr>
  </w:style>
  <w:style w:type="character" w:customStyle="1" w:styleId="Kop2Char">
    <w:name w:val="Kop 2 Char"/>
    <w:basedOn w:val="Standaardalinea-lettertype"/>
    <w:link w:val="Kop2"/>
    <w:uiPriority w:val="9"/>
    <w:rsid w:val="00732FB8"/>
    <w:rPr>
      <w:rFonts w:asciiTheme="majorHAnsi" w:eastAsiaTheme="majorEastAsia" w:hAnsiTheme="majorHAnsi" w:cstheme="majorBidi"/>
      <w:b/>
      <w:bCs/>
      <w:color w:val="4472C4" w:themeColor="accent1"/>
      <w:sz w:val="26"/>
      <w:szCs w:val="26"/>
      <w:lang w:val="en-US"/>
    </w:rPr>
  </w:style>
  <w:style w:type="character" w:customStyle="1" w:styleId="Kop3Char">
    <w:name w:val="Kop 3 Char"/>
    <w:basedOn w:val="Standaardalinea-lettertype"/>
    <w:link w:val="Kop3"/>
    <w:uiPriority w:val="9"/>
    <w:rsid w:val="00732FB8"/>
    <w:rPr>
      <w:rFonts w:asciiTheme="majorHAnsi" w:eastAsiaTheme="majorEastAsia" w:hAnsiTheme="majorHAnsi" w:cstheme="majorBidi"/>
      <w:b/>
      <w:bCs/>
      <w:color w:val="4472C4" w:themeColor="accent1"/>
      <w:lang w:val="en-US"/>
    </w:rPr>
  </w:style>
  <w:style w:type="character" w:customStyle="1" w:styleId="Kop4Char">
    <w:name w:val="Kop 4 Char"/>
    <w:basedOn w:val="Standaardalinea-lettertype"/>
    <w:link w:val="Kop4"/>
    <w:uiPriority w:val="9"/>
    <w:semiHidden/>
    <w:rsid w:val="00732FB8"/>
    <w:rPr>
      <w:rFonts w:asciiTheme="majorHAnsi" w:eastAsiaTheme="majorEastAsia" w:hAnsiTheme="majorHAnsi" w:cstheme="majorBidi"/>
      <w:b/>
      <w:bCs/>
      <w:i/>
      <w:iCs/>
      <w:color w:val="4472C4" w:themeColor="accent1"/>
      <w:lang w:val="en-US"/>
    </w:rPr>
  </w:style>
  <w:style w:type="character" w:customStyle="1" w:styleId="Kop5Char">
    <w:name w:val="Kop 5 Char"/>
    <w:basedOn w:val="Standaardalinea-lettertype"/>
    <w:link w:val="Kop5"/>
    <w:uiPriority w:val="9"/>
    <w:semiHidden/>
    <w:rsid w:val="00732FB8"/>
    <w:rPr>
      <w:rFonts w:asciiTheme="majorHAnsi" w:eastAsiaTheme="majorEastAsia" w:hAnsiTheme="majorHAnsi" w:cstheme="majorBidi"/>
      <w:color w:val="1F3763" w:themeColor="accent1" w:themeShade="7F"/>
      <w:lang w:val="en-US"/>
    </w:rPr>
  </w:style>
  <w:style w:type="character" w:customStyle="1" w:styleId="Kop6Char">
    <w:name w:val="Kop 6 Char"/>
    <w:basedOn w:val="Standaardalinea-lettertype"/>
    <w:link w:val="Kop6"/>
    <w:uiPriority w:val="9"/>
    <w:semiHidden/>
    <w:rsid w:val="00732FB8"/>
    <w:rPr>
      <w:rFonts w:asciiTheme="majorHAnsi" w:eastAsiaTheme="majorEastAsia" w:hAnsiTheme="majorHAnsi" w:cstheme="majorBidi"/>
      <w:i/>
      <w:iCs/>
      <w:color w:val="1F3763" w:themeColor="accent1" w:themeShade="7F"/>
      <w:lang w:val="en-US"/>
    </w:rPr>
  </w:style>
  <w:style w:type="character" w:customStyle="1" w:styleId="Kop7Char">
    <w:name w:val="Kop 7 Char"/>
    <w:basedOn w:val="Standaardalinea-lettertype"/>
    <w:link w:val="Kop7"/>
    <w:uiPriority w:val="9"/>
    <w:semiHidden/>
    <w:rsid w:val="00732FB8"/>
    <w:rPr>
      <w:rFonts w:asciiTheme="majorHAnsi" w:eastAsiaTheme="majorEastAsia" w:hAnsiTheme="majorHAnsi" w:cstheme="majorBidi"/>
      <w:i/>
      <w:iCs/>
      <w:color w:val="404040" w:themeColor="text1" w:themeTint="BF"/>
      <w:lang w:val="en-US"/>
    </w:rPr>
  </w:style>
  <w:style w:type="character" w:customStyle="1" w:styleId="Kop8Char">
    <w:name w:val="Kop 8 Char"/>
    <w:basedOn w:val="Standaardalinea-lettertype"/>
    <w:link w:val="Kop8"/>
    <w:uiPriority w:val="9"/>
    <w:semiHidden/>
    <w:rsid w:val="00732FB8"/>
    <w:rPr>
      <w:rFonts w:asciiTheme="majorHAnsi" w:eastAsiaTheme="majorEastAsia" w:hAnsiTheme="majorHAnsi" w:cstheme="majorBidi"/>
      <w:color w:val="4472C4" w:themeColor="accent1"/>
      <w:sz w:val="20"/>
      <w:szCs w:val="20"/>
      <w:lang w:val="en-US"/>
    </w:rPr>
  </w:style>
  <w:style w:type="character" w:customStyle="1" w:styleId="Kop9Char">
    <w:name w:val="Kop 9 Char"/>
    <w:basedOn w:val="Standaardalinea-lettertype"/>
    <w:link w:val="Kop9"/>
    <w:uiPriority w:val="9"/>
    <w:semiHidden/>
    <w:rsid w:val="00732FB8"/>
    <w:rPr>
      <w:rFonts w:asciiTheme="majorHAnsi" w:eastAsiaTheme="majorEastAsia" w:hAnsiTheme="majorHAnsi" w:cstheme="majorBidi"/>
      <w:i/>
      <w:iCs/>
      <w:color w:val="404040" w:themeColor="text1" w:themeTint="BF"/>
      <w:sz w:val="20"/>
      <w:szCs w:val="20"/>
      <w:lang w:val="en-US"/>
    </w:rPr>
  </w:style>
  <w:style w:type="paragraph" w:styleId="Geenafstand">
    <w:name w:val="No Spacing"/>
    <w:uiPriority w:val="1"/>
    <w:qFormat/>
    <w:rsid w:val="00732FB8"/>
    <w:pPr>
      <w:spacing w:after="0" w:line="240" w:lineRule="auto"/>
    </w:pPr>
    <w:rPr>
      <w:rFonts w:eastAsiaTheme="minorEastAsia"/>
      <w:lang w:val="en-US"/>
    </w:rPr>
  </w:style>
  <w:style w:type="paragraph" w:styleId="Titel">
    <w:name w:val="Title"/>
    <w:basedOn w:val="Standaard"/>
    <w:next w:val="Standaard"/>
    <w:link w:val="TitelChar"/>
    <w:uiPriority w:val="10"/>
    <w:qFormat/>
    <w:rsid w:val="00732FB8"/>
    <w:pPr>
      <w:pBdr>
        <w:bottom w:val="single" w:sz="8" w:space="4" w:color="4472C4" w:themeColor="accent1"/>
      </w:pBdr>
      <w:spacing w:after="300" w:line="240" w:lineRule="auto"/>
    </w:pPr>
    <w:rPr>
      <w:rFonts w:asciiTheme="majorHAnsi" w:eastAsiaTheme="majorEastAsia" w:hAnsiTheme="majorHAnsi" w:cstheme="majorBidi"/>
      <w:color w:val="323E4F" w:themeColor="text2" w:themeShade="BF"/>
      <w:spacing w:val="5"/>
      <w:kern w:val="28"/>
      <w:sz w:val="52"/>
      <w:szCs w:val="52"/>
    </w:rPr>
  </w:style>
  <w:style w:type="character" w:customStyle="1" w:styleId="TitelChar">
    <w:name w:val="Titel Char"/>
    <w:basedOn w:val="Standaardalinea-lettertype"/>
    <w:link w:val="Titel"/>
    <w:uiPriority w:val="10"/>
    <w:rsid w:val="00732FB8"/>
    <w:rPr>
      <w:rFonts w:asciiTheme="majorHAnsi" w:eastAsiaTheme="majorEastAsia" w:hAnsiTheme="majorHAnsi" w:cstheme="majorBidi"/>
      <w:color w:val="323E4F" w:themeColor="text2" w:themeShade="BF"/>
      <w:spacing w:val="5"/>
      <w:kern w:val="28"/>
      <w:sz w:val="52"/>
      <w:szCs w:val="52"/>
      <w:lang w:val="en-US"/>
    </w:rPr>
  </w:style>
  <w:style w:type="paragraph" w:styleId="Ondertitel">
    <w:name w:val="Subtitle"/>
    <w:basedOn w:val="Standaard"/>
    <w:next w:val="Standaard"/>
    <w:link w:val="OndertitelChar"/>
    <w:uiPriority w:val="11"/>
    <w:qFormat/>
    <w:rsid w:val="00732FB8"/>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OndertitelChar">
    <w:name w:val="Ondertitel Char"/>
    <w:basedOn w:val="Standaardalinea-lettertype"/>
    <w:link w:val="Ondertitel"/>
    <w:uiPriority w:val="11"/>
    <w:rsid w:val="00732FB8"/>
    <w:rPr>
      <w:rFonts w:asciiTheme="majorHAnsi" w:eastAsiaTheme="majorEastAsia" w:hAnsiTheme="majorHAnsi" w:cstheme="majorBidi"/>
      <w:i/>
      <w:iCs/>
      <w:color w:val="4472C4" w:themeColor="accent1"/>
      <w:spacing w:val="15"/>
      <w:sz w:val="24"/>
      <w:szCs w:val="24"/>
      <w:lang w:val="en-US"/>
    </w:rPr>
  </w:style>
  <w:style w:type="paragraph" w:styleId="Lijstalinea">
    <w:name w:val="List Paragraph"/>
    <w:basedOn w:val="Standaard"/>
    <w:uiPriority w:val="34"/>
    <w:qFormat/>
    <w:rsid w:val="00732FB8"/>
    <w:pPr>
      <w:ind w:left="720"/>
    </w:pPr>
  </w:style>
  <w:style w:type="paragraph" w:styleId="Plattetekst">
    <w:name w:val="Body Text"/>
    <w:basedOn w:val="Standaard"/>
    <w:link w:val="PlattetekstChar"/>
    <w:uiPriority w:val="99"/>
    <w:unhideWhenUsed/>
    <w:rsid w:val="00732FB8"/>
    <w:pPr>
      <w:spacing w:after="120"/>
    </w:pPr>
  </w:style>
  <w:style w:type="character" w:customStyle="1" w:styleId="PlattetekstChar">
    <w:name w:val="Platte tekst Char"/>
    <w:basedOn w:val="Standaardalinea-lettertype"/>
    <w:link w:val="Plattetekst"/>
    <w:uiPriority w:val="99"/>
    <w:rsid w:val="00732FB8"/>
    <w:rPr>
      <w:rFonts w:eastAsiaTheme="minorEastAsia"/>
      <w:lang w:val="en-US"/>
    </w:rPr>
  </w:style>
  <w:style w:type="paragraph" w:styleId="Plattetekst2">
    <w:name w:val="Body Text 2"/>
    <w:basedOn w:val="Standaard"/>
    <w:link w:val="Plattetekst2Char"/>
    <w:uiPriority w:val="99"/>
    <w:unhideWhenUsed/>
    <w:rsid w:val="00732FB8"/>
    <w:pPr>
      <w:spacing w:after="120" w:line="480" w:lineRule="auto"/>
    </w:pPr>
  </w:style>
  <w:style w:type="character" w:customStyle="1" w:styleId="Plattetekst2Char">
    <w:name w:val="Platte tekst 2 Char"/>
    <w:basedOn w:val="Standaardalinea-lettertype"/>
    <w:link w:val="Plattetekst2"/>
    <w:uiPriority w:val="99"/>
    <w:rsid w:val="00732FB8"/>
    <w:rPr>
      <w:rFonts w:eastAsiaTheme="minorEastAsia"/>
      <w:lang w:val="en-US"/>
    </w:rPr>
  </w:style>
  <w:style w:type="paragraph" w:styleId="Plattetekst3">
    <w:name w:val="Body Text 3"/>
    <w:basedOn w:val="Standaard"/>
    <w:link w:val="Plattetekst3Char"/>
    <w:uiPriority w:val="99"/>
    <w:unhideWhenUsed/>
    <w:rsid w:val="00732FB8"/>
    <w:pPr>
      <w:spacing w:after="120"/>
    </w:pPr>
    <w:rPr>
      <w:sz w:val="16"/>
      <w:szCs w:val="16"/>
    </w:rPr>
  </w:style>
  <w:style w:type="character" w:customStyle="1" w:styleId="Plattetekst3Char">
    <w:name w:val="Platte tekst 3 Char"/>
    <w:basedOn w:val="Standaardalinea-lettertype"/>
    <w:link w:val="Plattetekst3"/>
    <w:uiPriority w:val="99"/>
    <w:rsid w:val="00732FB8"/>
    <w:rPr>
      <w:rFonts w:eastAsiaTheme="minorEastAsia"/>
      <w:sz w:val="16"/>
      <w:szCs w:val="16"/>
      <w:lang w:val="en-US"/>
    </w:rPr>
  </w:style>
  <w:style w:type="paragraph" w:styleId="Lijst">
    <w:name w:val="List"/>
    <w:basedOn w:val="Standaard"/>
    <w:uiPriority w:val="99"/>
    <w:unhideWhenUsed/>
    <w:rsid w:val="00732FB8"/>
    <w:pPr>
      <w:ind w:left="360" w:hanging="360"/>
    </w:pPr>
  </w:style>
  <w:style w:type="paragraph" w:styleId="Lijst2">
    <w:name w:val="List 2"/>
    <w:basedOn w:val="Standaard"/>
    <w:uiPriority w:val="99"/>
    <w:unhideWhenUsed/>
    <w:rsid w:val="00732FB8"/>
    <w:pPr>
      <w:ind w:left="720" w:hanging="360"/>
    </w:pPr>
  </w:style>
  <w:style w:type="paragraph" w:styleId="Lijst3">
    <w:name w:val="List 3"/>
    <w:basedOn w:val="Standaard"/>
    <w:uiPriority w:val="99"/>
    <w:unhideWhenUsed/>
    <w:rsid w:val="00732FB8"/>
    <w:pPr>
      <w:ind w:left="1080" w:hanging="360"/>
    </w:pPr>
  </w:style>
  <w:style w:type="paragraph" w:styleId="Lijstopsomteken">
    <w:name w:val="List Bullet"/>
    <w:basedOn w:val="Standaard"/>
    <w:uiPriority w:val="99"/>
    <w:unhideWhenUsed/>
    <w:rsid w:val="00732FB8"/>
    <w:pPr>
      <w:numPr>
        <w:numId w:val="1"/>
      </w:numPr>
      <w:tabs>
        <w:tab w:val="clear" w:pos="360"/>
      </w:tabs>
      <w:ind w:left="0" w:firstLine="0"/>
    </w:pPr>
  </w:style>
  <w:style w:type="paragraph" w:styleId="Lijstopsomteken2">
    <w:name w:val="List Bullet 2"/>
    <w:basedOn w:val="Standaard"/>
    <w:uiPriority w:val="99"/>
    <w:unhideWhenUsed/>
    <w:rsid w:val="00732FB8"/>
    <w:pPr>
      <w:numPr>
        <w:numId w:val="2"/>
      </w:numPr>
      <w:tabs>
        <w:tab w:val="clear" w:pos="720"/>
      </w:tabs>
      <w:ind w:left="0" w:firstLine="0"/>
    </w:pPr>
  </w:style>
  <w:style w:type="paragraph" w:styleId="Lijstopsomteken3">
    <w:name w:val="List Bullet 3"/>
    <w:basedOn w:val="Standaard"/>
    <w:uiPriority w:val="99"/>
    <w:unhideWhenUsed/>
    <w:rsid w:val="00732FB8"/>
    <w:pPr>
      <w:numPr>
        <w:numId w:val="3"/>
      </w:numPr>
      <w:tabs>
        <w:tab w:val="clear" w:pos="1080"/>
      </w:tabs>
      <w:ind w:left="0" w:firstLine="0"/>
    </w:pPr>
  </w:style>
  <w:style w:type="paragraph" w:styleId="Lijstnummering">
    <w:name w:val="List Number"/>
    <w:basedOn w:val="Standaard"/>
    <w:uiPriority w:val="99"/>
    <w:unhideWhenUsed/>
    <w:rsid w:val="00732FB8"/>
    <w:pPr>
      <w:numPr>
        <w:numId w:val="5"/>
      </w:numPr>
      <w:tabs>
        <w:tab w:val="clear" w:pos="360"/>
      </w:tabs>
      <w:ind w:left="0" w:firstLine="0"/>
    </w:pPr>
  </w:style>
  <w:style w:type="paragraph" w:styleId="Lijstnummering2">
    <w:name w:val="List Number 2"/>
    <w:basedOn w:val="Standaard"/>
    <w:uiPriority w:val="99"/>
    <w:unhideWhenUsed/>
    <w:rsid w:val="00732FB8"/>
    <w:pPr>
      <w:numPr>
        <w:numId w:val="6"/>
      </w:numPr>
      <w:tabs>
        <w:tab w:val="clear" w:pos="720"/>
      </w:tabs>
      <w:ind w:left="0" w:firstLine="0"/>
    </w:pPr>
  </w:style>
  <w:style w:type="paragraph" w:styleId="Lijstnummering3">
    <w:name w:val="List Number 3"/>
    <w:basedOn w:val="Standaard"/>
    <w:uiPriority w:val="99"/>
    <w:unhideWhenUsed/>
    <w:rsid w:val="00732FB8"/>
    <w:pPr>
      <w:numPr>
        <w:numId w:val="7"/>
      </w:numPr>
      <w:tabs>
        <w:tab w:val="clear" w:pos="1080"/>
      </w:tabs>
      <w:ind w:left="0" w:firstLine="0"/>
    </w:pPr>
  </w:style>
  <w:style w:type="paragraph" w:styleId="Lijstvoortzetting">
    <w:name w:val="List Continue"/>
    <w:basedOn w:val="Standaard"/>
    <w:uiPriority w:val="99"/>
    <w:unhideWhenUsed/>
    <w:rsid w:val="00732FB8"/>
    <w:pPr>
      <w:spacing w:after="120"/>
      <w:ind w:left="360"/>
    </w:pPr>
  </w:style>
  <w:style w:type="paragraph" w:styleId="Lijstvoortzetting2">
    <w:name w:val="List Continue 2"/>
    <w:basedOn w:val="Standaard"/>
    <w:uiPriority w:val="99"/>
    <w:unhideWhenUsed/>
    <w:rsid w:val="00732FB8"/>
    <w:pPr>
      <w:spacing w:after="120"/>
      <w:ind w:left="720"/>
    </w:pPr>
  </w:style>
  <w:style w:type="paragraph" w:styleId="Lijstvoortzetting3">
    <w:name w:val="List Continue 3"/>
    <w:basedOn w:val="Standaard"/>
    <w:uiPriority w:val="99"/>
    <w:unhideWhenUsed/>
    <w:rsid w:val="00732FB8"/>
    <w:pPr>
      <w:spacing w:after="120"/>
      <w:ind w:left="1080"/>
    </w:pPr>
  </w:style>
  <w:style w:type="paragraph" w:styleId="Macrotekst">
    <w:name w:val="macro"/>
    <w:link w:val="MacrotekstChar"/>
    <w:uiPriority w:val="99"/>
    <w:unhideWhenUsed/>
    <w:rsid w:val="00732FB8"/>
    <w:pPr>
      <w:tabs>
        <w:tab w:val="left" w:pos="576"/>
        <w:tab w:val="left" w:pos="1152"/>
        <w:tab w:val="left" w:pos="1728"/>
        <w:tab w:val="left" w:pos="2304"/>
        <w:tab w:val="left" w:pos="2880"/>
        <w:tab w:val="left" w:pos="3456"/>
        <w:tab w:val="left" w:pos="4032"/>
      </w:tabs>
      <w:spacing w:after="200" w:line="276" w:lineRule="auto"/>
    </w:pPr>
    <w:rPr>
      <w:rFonts w:ascii="Courier" w:eastAsiaTheme="minorEastAsia" w:hAnsi="Courier"/>
      <w:sz w:val="20"/>
      <w:szCs w:val="20"/>
      <w:lang w:val="en-US"/>
    </w:rPr>
  </w:style>
  <w:style w:type="character" w:customStyle="1" w:styleId="MacrotekstChar">
    <w:name w:val="Macrotekst Char"/>
    <w:basedOn w:val="Standaardalinea-lettertype"/>
    <w:link w:val="Macrotekst"/>
    <w:uiPriority w:val="99"/>
    <w:rsid w:val="00732FB8"/>
    <w:rPr>
      <w:rFonts w:ascii="Courier" w:eastAsiaTheme="minorEastAsia" w:hAnsi="Courier"/>
      <w:sz w:val="20"/>
      <w:szCs w:val="20"/>
      <w:lang w:val="en-US"/>
    </w:rPr>
  </w:style>
  <w:style w:type="paragraph" w:styleId="Citaat">
    <w:name w:val="Quote"/>
    <w:basedOn w:val="Standaard"/>
    <w:next w:val="Standaard"/>
    <w:link w:val="CitaatChar"/>
    <w:uiPriority w:val="29"/>
    <w:qFormat/>
    <w:rsid w:val="00732FB8"/>
    <w:rPr>
      <w:i/>
      <w:iCs/>
      <w:color w:val="000000" w:themeColor="text1"/>
    </w:rPr>
  </w:style>
  <w:style w:type="character" w:customStyle="1" w:styleId="CitaatChar">
    <w:name w:val="Citaat Char"/>
    <w:basedOn w:val="Standaardalinea-lettertype"/>
    <w:link w:val="Citaat"/>
    <w:uiPriority w:val="29"/>
    <w:rsid w:val="00732FB8"/>
    <w:rPr>
      <w:rFonts w:eastAsiaTheme="minorEastAsia"/>
      <w:i/>
      <w:iCs/>
      <w:color w:val="000000" w:themeColor="text1"/>
      <w:lang w:val="en-US"/>
    </w:rPr>
  </w:style>
  <w:style w:type="paragraph" w:styleId="Bijschrift">
    <w:name w:val="caption"/>
    <w:basedOn w:val="Standaard"/>
    <w:next w:val="Standaard"/>
    <w:uiPriority w:val="35"/>
    <w:semiHidden/>
    <w:unhideWhenUsed/>
    <w:qFormat/>
    <w:rsid w:val="00732FB8"/>
    <w:pPr>
      <w:spacing w:line="240" w:lineRule="auto"/>
    </w:pPr>
    <w:rPr>
      <w:b/>
      <w:bCs/>
      <w:color w:val="4472C4" w:themeColor="accent1"/>
      <w:sz w:val="18"/>
      <w:szCs w:val="18"/>
    </w:rPr>
  </w:style>
  <w:style w:type="character" w:styleId="Zwaar">
    <w:name w:val="Strong"/>
    <w:basedOn w:val="Standaardalinea-lettertype"/>
    <w:uiPriority w:val="22"/>
    <w:qFormat/>
    <w:rsid w:val="00732FB8"/>
    <w:rPr>
      <w:b/>
      <w:bCs/>
    </w:rPr>
  </w:style>
  <w:style w:type="character" w:styleId="Nadruk">
    <w:name w:val="Emphasis"/>
    <w:basedOn w:val="Standaardalinea-lettertype"/>
    <w:uiPriority w:val="20"/>
    <w:qFormat/>
    <w:rsid w:val="00732FB8"/>
    <w:rPr>
      <w:i/>
      <w:iCs/>
    </w:rPr>
  </w:style>
  <w:style w:type="paragraph" w:styleId="Duidelijkcitaat">
    <w:name w:val="Intense Quote"/>
    <w:basedOn w:val="Standaard"/>
    <w:next w:val="Standaard"/>
    <w:link w:val="DuidelijkcitaatChar"/>
    <w:uiPriority w:val="30"/>
    <w:qFormat/>
    <w:rsid w:val="00732FB8"/>
    <w:pPr>
      <w:pBdr>
        <w:bottom w:val="single" w:sz="4" w:space="4" w:color="4472C4" w:themeColor="accent1"/>
      </w:pBdr>
      <w:spacing w:before="200" w:after="280"/>
      <w:ind w:left="936" w:right="936"/>
    </w:pPr>
    <w:rPr>
      <w:b/>
      <w:bCs/>
      <w:i/>
      <w:iCs/>
      <w:color w:val="4472C4" w:themeColor="accent1"/>
    </w:rPr>
  </w:style>
  <w:style w:type="character" w:customStyle="1" w:styleId="DuidelijkcitaatChar">
    <w:name w:val="Duidelijk citaat Char"/>
    <w:basedOn w:val="Standaardalinea-lettertype"/>
    <w:link w:val="Duidelijkcitaat"/>
    <w:uiPriority w:val="30"/>
    <w:rsid w:val="00732FB8"/>
    <w:rPr>
      <w:rFonts w:eastAsiaTheme="minorEastAsia"/>
      <w:b/>
      <w:bCs/>
      <w:i/>
      <w:iCs/>
      <w:color w:val="4472C4" w:themeColor="accent1"/>
      <w:lang w:val="en-US"/>
    </w:rPr>
  </w:style>
  <w:style w:type="character" w:styleId="Subtielebenadrukking">
    <w:name w:val="Subtle Emphasis"/>
    <w:basedOn w:val="Standaardalinea-lettertype"/>
    <w:uiPriority w:val="19"/>
    <w:qFormat/>
    <w:rsid w:val="00732FB8"/>
    <w:rPr>
      <w:i/>
      <w:iCs/>
      <w:color w:val="808080" w:themeColor="text1" w:themeTint="7F"/>
    </w:rPr>
  </w:style>
  <w:style w:type="character" w:styleId="Intensievebenadrukking">
    <w:name w:val="Intense Emphasis"/>
    <w:basedOn w:val="Standaardalinea-lettertype"/>
    <w:uiPriority w:val="21"/>
    <w:qFormat/>
    <w:rsid w:val="00732FB8"/>
    <w:rPr>
      <w:b/>
      <w:bCs/>
      <w:i/>
      <w:iCs/>
      <w:color w:val="4472C4" w:themeColor="accent1"/>
    </w:rPr>
  </w:style>
  <w:style w:type="character" w:styleId="Subtieleverwijzing">
    <w:name w:val="Subtle Reference"/>
    <w:basedOn w:val="Standaardalinea-lettertype"/>
    <w:uiPriority w:val="31"/>
    <w:qFormat/>
    <w:rsid w:val="00732FB8"/>
    <w:rPr>
      <w:smallCaps/>
      <w:color w:val="ED7D31" w:themeColor="accent2"/>
      <w:u w:val="single"/>
    </w:rPr>
  </w:style>
  <w:style w:type="character" w:styleId="Intensieveverwijzing">
    <w:name w:val="Intense Reference"/>
    <w:basedOn w:val="Standaardalinea-lettertype"/>
    <w:uiPriority w:val="32"/>
    <w:qFormat/>
    <w:rsid w:val="00732FB8"/>
    <w:rPr>
      <w:b/>
      <w:bCs/>
      <w:smallCaps/>
      <w:color w:val="ED7D31" w:themeColor="accent2"/>
      <w:spacing w:val="5"/>
      <w:u w:val="single"/>
    </w:rPr>
  </w:style>
  <w:style w:type="character" w:styleId="Titelvanboek">
    <w:name w:val="Book Title"/>
    <w:basedOn w:val="Standaardalinea-lettertype"/>
    <w:uiPriority w:val="33"/>
    <w:qFormat/>
    <w:rsid w:val="00732FB8"/>
    <w:rPr>
      <w:b/>
      <w:bCs/>
      <w:smallCaps/>
      <w:spacing w:val="5"/>
    </w:rPr>
  </w:style>
  <w:style w:type="paragraph" w:styleId="Kopvaninhoudsopgave">
    <w:name w:val="TOC Heading"/>
    <w:basedOn w:val="Kop1"/>
    <w:next w:val="Standaard"/>
    <w:uiPriority w:val="39"/>
    <w:semiHidden/>
    <w:unhideWhenUsed/>
    <w:qFormat/>
    <w:rsid w:val="00732FB8"/>
    <w:pPr>
      <w:outlineLvl w:val="9"/>
    </w:pPr>
  </w:style>
  <w:style w:type="table" w:styleId="Tabelraster">
    <w:name w:val="Table Grid"/>
    <w:basedOn w:val="Standaardtabel"/>
    <w:uiPriority w:val="59"/>
    <w:rsid w:val="00732FB8"/>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732FB8"/>
    <w:pPr>
      <w:spacing w:after="0" w:line="240" w:lineRule="auto"/>
    </w:pPr>
    <w:rPr>
      <w:rFonts w:eastAsiaTheme="minorEastAsia"/>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rsid w:val="00732FB8"/>
    <w:pPr>
      <w:spacing w:after="0" w:line="240" w:lineRule="auto"/>
    </w:pPr>
    <w:rPr>
      <w:rFonts w:eastAsiaTheme="minorEastAsia"/>
      <w:color w:val="2F5496" w:themeColor="accent1" w:themeShade="BF"/>
      <w:lang w:val="en-US"/>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chtearcering-accent2">
    <w:name w:val="Light Shading Accent 2"/>
    <w:basedOn w:val="Standaardtabel"/>
    <w:uiPriority w:val="60"/>
    <w:rsid w:val="00732FB8"/>
    <w:pPr>
      <w:spacing w:after="0" w:line="240" w:lineRule="auto"/>
    </w:pPr>
    <w:rPr>
      <w:rFonts w:eastAsiaTheme="minorEastAsia"/>
      <w:color w:val="C45911" w:themeColor="accent2" w:themeShade="BF"/>
      <w:lang w:val="en-US"/>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rsid w:val="00732FB8"/>
    <w:pPr>
      <w:spacing w:after="0" w:line="240" w:lineRule="auto"/>
    </w:pPr>
    <w:rPr>
      <w:rFonts w:eastAsiaTheme="minorEastAsia"/>
      <w:color w:val="7B7B7B" w:themeColor="accent3" w:themeShade="BF"/>
      <w:lang w:val="en-US"/>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rsid w:val="00732FB8"/>
    <w:pPr>
      <w:spacing w:after="0" w:line="240" w:lineRule="auto"/>
    </w:pPr>
    <w:rPr>
      <w:rFonts w:eastAsiaTheme="minorEastAsia"/>
      <w:color w:val="BF8F00" w:themeColor="accent4" w:themeShade="BF"/>
      <w:lang w:val="en-US"/>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rsid w:val="00732FB8"/>
    <w:pPr>
      <w:spacing w:after="0" w:line="240" w:lineRule="auto"/>
    </w:pPr>
    <w:rPr>
      <w:rFonts w:eastAsiaTheme="minorEastAsia"/>
      <w:color w:val="2E74B5" w:themeColor="accent5" w:themeShade="BF"/>
      <w:lang w:val="en-US"/>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chtearcering-accent6">
    <w:name w:val="Light Shading Accent 6"/>
    <w:basedOn w:val="Standaardtabel"/>
    <w:uiPriority w:val="60"/>
    <w:rsid w:val="00732FB8"/>
    <w:pPr>
      <w:spacing w:after="0" w:line="240" w:lineRule="auto"/>
    </w:pPr>
    <w:rPr>
      <w:rFonts w:eastAsiaTheme="minorEastAsia"/>
      <w:color w:val="538135" w:themeColor="accent6" w:themeShade="BF"/>
      <w:lang w:val="en-US"/>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chtelijst">
    <w:name w:val="Light List"/>
    <w:basedOn w:val="Standaardtabel"/>
    <w:uiPriority w:val="61"/>
    <w:rsid w:val="00732FB8"/>
    <w:pPr>
      <w:spacing w:after="0" w:line="240" w:lineRule="auto"/>
    </w:pPr>
    <w:rPr>
      <w:rFonts w:eastAsiaTheme="minorEastAsia"/>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rsid w:val="00732FB8"/>
    <w:pPr>
      <w:spacing w:after="0" w:line="240" w:lineRule="auto"/>
    </w:pPr>
    <w:rPr>
      <w:rFonts w:eastAsiaTheme="minorEastAsia"/>
      <w:lang w:val="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chtelijst-accent2">
    <w:name w:val="Light List Accent 2"/>
    <w:basedOn w:val="Standaardtabel"/>
    <w:uiPriority w:val="61"/>
    <w:rsid w:val="00732FB8"/>
    <w:pPr>
      <w:spacing w:after="0" w:line="240" w:lineRule="auto"/>
    </w:pPr>
    <w:rPr>
      <w:rFonts w:eastAsiaTheme="minorEastAsia"/>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rsid w:val="00732FB8"/>
    <w:pPr>
      <w:spacing w:after="0" w:line="240" w:lineRule="auto"/>
    </w:pPr>
    <w:rPr>
      <w:rFonts w:eastAsiaTheme="minorEastAsia"/>
      <w:lang w:val="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rsid w:val="00732FB8"/>
    <w:pPr>
      <w:spacing w:after="0" w:line="240" w:lineRule="auto"/>
    </w:pPr>
    <w:rPr>
      <w:rFonts w:eastAsiaTheme="minorEastAsia"/>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rsid w:val="00732FB8"/>
    <w:pPr>
      <w:spacing w:after="0" w:line="240" w:lineRule="auto"/>
    </w:pPr>
    <w:rPr>
      <w:rFonts w:eastAsiaTheme="minorEastAsia"/>
      <w:lang w:val="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chtelijst-accent6">
    <w:name w:val="Light List Accent 6"/>
    <w:basedOn w:val="Standaardtabel"/>
    <w:uiPriority w:val="61"/>
    <w:rsid w:val="00732FB8"/>
    <w:pPr>
      <w:spacing w:after="0" w:line="240" w:lineRule="auto"/>
    </w:pPr>
    <w:rPr>
      <w:rFonts w:eastAsiaTheme="minorEastAsia"/>
      <w:lang w:val="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raster">
    <w:name w:val="Light Grid"/>
    <w:basedOn w:val="Standaardtabel"/>
    <w:uiPriority w:val="62"/>
    <w:rsid w:val="00732FB8"/>
    <w:pPr>
      <w:spacing w:after="0" w:line="240" w:lineRule="auto"/>
    </w:pPr>
    <w:rPr>
      <w:rFonts w:eastAsiaTheme="minorEastAsia"/>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rsid w:val="00732FB8"/>
    <w:pPr>
      <w:spacing w:after="0" w:line="240" w:lineRule="auto"/>
    </w:pPr>
    <w:rPr>
      <w:rFonts w:eastAsiaTheme="minorEastAsia"/>
      <w:lang w:val="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chtraster-accent2">
    <w:name w:val="Light Grid Accent 2"/>
    <w:basedOn w:val="Standaardtabel"/>
    <w:uiPriority w:val="62"/>
    <w:rsid w:val="00732FB8"/>
    <w:pPr>
      <w:spacing w:after="0" w:line="240" w:lineRule="auto"/>
    </w:pPr>
    <w:rPr>
      <w:rFonts w:eastAsiaTheme="minorEastAsia"/>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rsid w:val="00732FB8"/>
    <w:pPr>
      <w:spacing w:after="0" w:line="240" w:lineRule="auto"/>
    </w:pPr>
    <w:rPr>
      <w:rFonts w:eastAsiaTheme="minorEastAsia"/>
      <w:lang w:val="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rsid w:val="00732FB8"/>
    <w:pPr>
      <w:spacing w:after="0" w:line="240" w:lineRule="auto"/>
    </w:pPr>
    <w:rPr>
      <w:rFonts w:eastAsiaTheme="minorEastAsia"/>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rsid w:val="00732FB8"/>
    <w:pPr>
      <w:spacing w:after="0" w:line="240" w:lineRule="auto"/>
    </w:pPr>
    <w:rPr>
      <w:rFonts w:eastAsiaTheme="minorEastAsia"/>
      <w:lang w:val="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chtraster-accent6">
    <w:name w:val="Light Grid Accent 6"/>
    <w:basedOn w:val="Standaardtabel"/>
    <w:uiPriority w:val="62"/>
    <w:rsid w:val="00732FB8"/>
    <w:pPr>
      <w:spacing w:after="0" w:line="240" w:lineRule="auto"/>
    </w:pPr>
    <w:rPr>
      <w:rFonts w:eastAsiaTheme="minorEastAsia"/>
      <w:lang w:val="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Gemiddeldearcering1">
    <w:name w:val="Medium Shading 1"/>
    <w:basedOn w:val="Standaardtabel"/>
    <w:uiPriority w:val="63"/>
    <w:rsid w:val="00732FB8"/>
    <w:pPr>
      <w:spacing w:after="0" w:line="240" w:lineRule="auto"/>
    </w:pPr>
    <w:rPr>
      <w:rFonts w:eastAsiaTheme="minorEastAsia"/>
      <w:lang w:val="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rsid w:val="00732FB8"/>
    <w:pPr>
      <w:spacing w:after="0" w:line="240" w:lineRule="auto"/>
    </w:pPr>
    <w:rPr>
      <w:rFonts w:eastAsiaTheme="minorEastAsia"/>
      <w:lang w:val="en-U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rsid w:val="00732FB8"/>
    <w:pPr>
      <w:spacing w:after="0" w:line="240" w:lineRule="auto"/>
    </w:pPr>
    <w:rPr>
      <w:rFonts w:eastAsiaTheme="minorEastAsia"/>
      <w:lang w:val="en-US"/>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732FB8"/>
    <w:pPr>
      <w:spacing w:after="0" w:line="240" w:lineRule="auto"/>
    </w:pPr>
    <w:rPr>
      <w:rFonts w:eastAsiaTheme="minorEastAsia"/>
      <w:lang w:val="en-US"/>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rsid w:val="00732FB8"/>
    <w:pPr>
      <w:spacing w:after="0" w:line="240" w:lineRule="auto"/>
    </w:pPr>
    <w:rPr>
      <w:rFonts w:eastAsiaTheme="minorEastAsia"/>
      <w:lang w:val="en-US"/>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rsid w:val="00732FB8"/>
    <w:pPr>
      <w:spacing w:after="0" w:line="240" w:lineRule="auto"/>
    </w:pPr>
    <w:rPr>
      <w:rFonts w:eastAsiaTheme="minorEastAsia"/>
      <w:lang w:val="en-US"/>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rsid w:val="00732FB8"/>
    <w:pPr>
      <w:spacing w:after="0" w:line="240" w:lineRule="auto"/>
    </w:pPr>
    <w:rPr>
      <w:rFonts w:eastAsiaTheme="minorEastAsia"/>
      <w:lang w:val="en-US"/>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rsid w:val="00732FB8"/>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rsid w:val="00732FB8"/>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rsid w:val="00732FB8"/>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rsid w:val="00732FB8"/>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rsid w:val="00732FB8"/>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rsid w:val="00732FB8"/>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rsid w:val="00732FB8"/>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1">
    <w:name w:val="Medium List 1"/>
    <w:basedOn w:val="Standaardtabel"/>
    <w:uiPriority w:val="65"/>
    <w:rsid w:val="00732FB8"/>
    <w:pPr>
      <w:spacing w:after="0" w:line="240" w:lineRule="auto"/>
    </w:pPr>
    <w:rPr>
      <w:rFonts w:eastAsiaTheme="minorEastAsia"/>
      <w:color w:val="000000" w:themeColor="text1"/>
      <w:lang w:val="en-US"/>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rsid w:val="00732FB8"/>
    <w:pPr>
      <w:spacing w:after="0" w:line="240" w:lineRule="auto"/>
    </w:pPr>
    <w:rPr>
      <w:rFonts w:eastAsiaTheme="minorEastAsia"/>
      <w:color w:val="000000" w:themeColor="text1"/>
      <w:lang w:val="en-US"/>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Gemiddeldelijst1-accent2">
    <w:name w:val="Medium List 1 Accent 2"/>
    <w:basedOn w:val="Standaardtabel"/>
    <w:uiPriority w:val="65"/>
    <w:rsid w:val="00732FB8"/>
    <w:pPr>
      <w:spacing w:after="0" w:line="240" w:lineRule="auto"/>
    </w:pPr>
    <w:rPr>
      <w:rFonts w:eastAsiaTheme="minorEastAsia"/>
      <w:color w:val="000000" w:themeColor="text1"/>
      <w:lang w:val="en-US"/>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rsid w:val="00732FB8"/>
    <w:pPr>
      <w:spacing w:after="0" w:line="240" w:lineRule="auto"/>
    </w:pPr>
    <w:rPr>
      <w:rFonts w:eastAsiaTheme="minorEastAsia"/>
      <w:color w:val="000000" w:themeColor="text1"/>
      <w:lang w:val="en-US"/>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rsid w:val="00732FB8"/>
    <w:pPr>
      <w:spacing w:after="0" w:line="240" w:lineRule="auto"/>
    </w:pPr>
    <w:rPr>
      <w:rFonts w:eastAsiaTheme="minorEastAsia"/>
      <w:color w:val="000000" w:themeColor="text1"/>
      <w:lang w:val="en-US"/>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rsid w:val="00732FB8"/>
    <w:pPr>
      <w:spacing w:after="0" w:line="240" w:lineRule="auto"/>
    </w:pPr>
    <w:rPr>
      <w:rFonts w:eastAsiaTheme="minorEastAsia"/>
      <w:color w:val="000000" w:themeColor="text1"/>
      <w:lang w:val="en-US"/>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Gemiddeldelijst1-accent6">
    <w:name w:val="Medium List 1 Accent 6"/>
    <w:basedOn w:val="Standaardtabel"/>
    <w:uiPriority w:val="65"/>
    <w:rsid w:val="00732FB8"/>
    <w:pPr>
      <w:spacing w:after="0" w:line="240" w:lineRule="auto"/>
    </w:pPr>
    <w:rPr>
      <w:rFonts w:eastAsiaTheme="minorEastAsia"/>
      <w:color w:val="000000" w:themeColor="text1"/>
      <w:lang w:val="en-US"/>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raster1">
    <w:name w:val="Medium Grid 1"/>
    <w:basedOn w:val="Standaardtabel"/>
    <w:uiPriority w:val="67"/>
    <w:rsid w:val="00732FB8"/>
    <w:pPr>
      <w:spacing w:after="0" w:line="240" w:lineRule="auto"/>
    </w:pPr>
    <w:rPr>
      <w:rFonts w:eastAsiaTheme="minorEastAsia"/>
      <w:lang w:val="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rsid w:val="00732FB8"/>
    <w:pPr>
      <w:spacing w:after="0" w:line="240" w:lineRule="auto"/>
    </w:pPr>
    <w:rPr>
      <w:rFonts w:eastAsiaTheme="minorEastAsia"/>
      <w:lang w:val="en-U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Gemiddeldraster1-accent2">
    <w:name w:val="Medium Grid 1 Accent 2"/>
    <w:basedOn w:val="Standaardtabel"/>
    <w:uiPriority w:val="67"/>
    <w:rsid w:val="00732FB8"/>
    <w:pPr>
      <w:spacing w:after="0" w:line="240" w:lineRule="auto"/>
    </w:pPr>
    <w:rPr>
      <w:rFonts w:eastAsiaTheme="minorEastAsia"/>
      <w:lang w:val="en-US"/>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rsid w:val="00732FB8"/>
    <w:pPr>
      <w:spacing w:after="0" w:line="240" w:lineRule="auto"/>
    </w:pPr>
    <w:rPr>
      <w:rFonts w:eastAsiaTheme="minorEastAsia"/>
      <w:lang w:val="en-US"/>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rsid w:val="00732FB8"/>
    <w:pPr>
      <w:spacing w:after="0" w:line="240" w:lineRule="auto"/>
    </w:pPr>
    <w:rPr>
      <w:rFonts w:eastAsiaTheme="minorEastAsia"/>
      <w:lang w:val="en-US"/>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rsid w:val="00732FB8"/>
    <w:pPr>
      <w:spacing w:after="0" w:line="240" w:lineRule="auto"/>
    </w:pPr>
    <w:rPr>
      <w:rFonts w:eastAsiaTheme="minorEastAsia"/>
      <w:lang w:val="en-US"/>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Gemiddeldraster1-accent6">
    <w:name w:val="Medium Grid 1 Accent 6"/>
    <w:basedOn w:val="Standaardtabel"/>
    <w:uiPriority w:val="67"/>
    <w:rsid w:val="00732FB8"/>
    <w:pPr>
      <w:spacing w:after="0" w:line="240" w:lineRule="auto"/>
    </w:pPr>
    <w:rPr>
      <w:rFonts w:eastAsiaTheme="minorEastAsia"/>
      <w:lang w:val="en-US"/>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rsid w:val="00732FB8"/>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rsid w:val="00732FB8"/>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rsid w:val="00732FB8"/>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Gemiddeldraster3-accent2">
    <w:name w:val="Medium Grid 3 Accent 2"/>
    <w:basedOn w:val="Standaardtabel"/>
    <w:uiPriority w:val="69"/>
    <w:rsid w:val="00732FB8"/>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rsid w:val="00732FB8"/>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rsid w:val="00732FB8"/>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rsid w:val="00732FB8"/>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Gemiddeldraster3-accent6">
    <w:name w:val="Medium Grid 3 Accent 6"/>
    <w:basedOn w:val="Standaardtabel"/>
    <w:uiPriority w:val="69"/>
    <w:rsid w:val="00732FB8"/>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onkerelijst">
    <w:name w:val="Dark List"/>
    <w:basedOn w:val="Standaardtabel"/>
    <w:uiPriority w:val="70"/>
    <w:rsid w:val="00732FB8"/>
    <w:pPr>
      <w:spacing w:after="0" w:line="240" w:lineRule="auto"/>
    </w:pPr>
    <w:rPr>
      <w:rFonts w:eastAsiaTheme="minorEastAsia"/>
      <w:color w:val="FFFFFF" w:themeColor="background1"/>
      <w:lang w:val="en-US"/>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rsid w:val="00732FB8"/>
    <w:pPr>
      <w:spacing w:after="0" w:line="240" w:lineRule="auto"/>
    </w:pPr>
    <w:rPr>
      <w:rFonts w:eastAsiaTheme="minorEastAsia"/>
      <w:color w:val="FFFFFF" w:themeColor="background1"/>
      <w:lang w:val="en-US"/>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onkerelijst-accent2">
    <w:name w:val="Dark List Accent 2"/>
    <w:basedOn w:val="Standaardtabel"/>
    <w:uiPriority w:val="70"/>
    <w:rsid w:val="00732FB8"/>
    <w:pPr>
      <w:spacing w:after="0" w:line="240" w:lineRule="auto"/>
    </w:pPr>
    <w:rPr>
      <w:rFonts w:eastAsiaTheme="minorEastAsia"/>
      <w:color w:val="FFFFFF" w:themeColor="background1"/>
      <w:lang w:val="en-US"/>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rsid w:val="00732FB8"/>
    <w:pPr>
      <w:spacing w:after="0" w:line="240" w:lineRule="auto"/>
    </w:pPr>
    <w:rPr>
      <w:rFonts w:eastAsiaTheme="minorEastAsia"/>
      <w:color w:val="FFFFFF" w:themeColor="background1"/>
      <w:lang w:val="en-US"/>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rsid w:val="00732FB8"/>
    <w:pPr>
      <w:spacing w:after="0" w:line="240" w:lineRule="auto"/>
    </w:pPr>
    <w:rPr>
      <w:rFonts w:eastAsiaTheme="minorEastAsia"/>
      <w:color w:val="FFFFFF" w:themeColor="background1"/>
      <w:lang w:val="en-US"/>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rsid w:val="00732FB8"/>
    <w:pPr>
      <w:spacing w:after="0" w:line="240" w:lineRule="auto"/>
    </w:pPr>
    <w:rPr>
      <w:rFonts w:eastAsiaTheme="minorEastAsia"/>
      <w:color w:val="FFFFFF" w:themeColor="background1"/>
      <w:lang w:val="en-US"/>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onkerelijst-accent6">
    <w:name w:val="Dark List Accent 6"/>
    <w:basedOn w:val="Standaardtabel"/>
    <w:uiPriority w:val="70"/>
    <w:rsid w:val="00732FB8"/>
    <w:pPr>
      <w:spacing w:after="0" w:line="240" w:lineRule="auto"/>
    </w:pPr>
    <w:rPr>
      <w:rFonts w:eastAsiaTheme="minorEastAsia"/>
      <w:color w:val="FFFFFF" w:themeColor="background1"/>
      <w:lang w:val="en-US"/>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Kleurrijkearcering">
    <w:name w:val="Colorful Shading"/>
    <w:basedOn w:val="Standaardtabel"/>
    <w:uiPriority w:val="71"/>
    <w:rsid w:val="00732FB8"/>
    <w:pPr>
      <w:spacing w:after="0" w:line="240" w:lineRule="auto"/>
    </w:pPr>
    <w:rPr>
      <w:rFonts w:eastAsiaTheme="minorEastAsia"/>
      <w:color w:val="000000" w:themeColor="text1"/>
      <w:lang w:val="en-US"/>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rsid w:val="00732FB8"/>
    <w:pPr>
      <w:spacing w:after="0" w:line="240" w:lineRule="auto"/>
    </w:pPr>
    <w:rPr>
      <w:rFonts w:eastAsiaTheme="minorEastAsia"/>
      <w:color w:val="000000" w:themeColor="text1"/>
      <w:lang w:val="en-US"/>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rsid w:val="00732FB8"/>
    <w:pPr>
      <w:spacing w:after="0" w:line="240" w:lineRule="auto"/>
    </w:pPr>
    <w:rPr>
      <w:rFonts w:eastAsiaTheme="minorEastAsia"/>
      <w:color w:val="000000" w:themeColor="text1"/>
      <w:lang w:val="en-US"/>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rsid w:val="00732FB8"/>
    <w:pPr>
      <w:spacing w:after="0" w:line="240" w:lineRule="auto"/>
    </w:pPr>
    <w:rPr>
      <w:rFonts w:eastAsiaTheme="minorEastAsia"/>
      <w:color w:val="000000" w:themeColor="text1"/>
      <w:lang w:val="en-US"/>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rsid w:val="00732FB8"/>
    <w:pPr>
      <w:spacing w:after="0" w:line="240" w:lineRule="auto"/>
    </w:pPr>
    <w:rPr>
      <w:rFonts w:eastAsiaTheme="minorEastAsia"/>
      <w:color w:val="000000" w:themeColor="text1"/>
      <w:lang w:val="en-US"/>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rsid w:val="00732FB8"/>
    <w:pPr>
      <w:spacing w:after="0" w:line="240" w:lineRule="auto"/>
    </w:pPr>
    <w:rPr>
      <w:rFonts w:eastAsiaTheme="minorEastAsia"/>
      <w:color w:val="000000" w:themeColor="text1"/>
      <w:lang w:val="en-US"/>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rsid w:val="00732FB8"/>
    <w:pPr>
      <w:spacing w:after="0" w:line="240" w:lineRule="auto"/>
    </w:pPr>
    <w:rPr>
      <w:rFonts w:eastAsiaTheme="minorEastAsia"/>
      <w:color w:val="000000" w:themeColor="text1"/>
      <w:lang w:val="en-US"/>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Kleurrijkelijst">
    <w:name w:val="Colorful List"/>
    <w:basedOn w:val="Standaardtabel"/>
    <w:uiPriority w:val="72"/>
    <w:rsid w:val="00732FB8"/>
    <w:pPr>
      <w:spacing w:after="0" w:line="240" w:lineRule="auto"/>
    </w:pPr>
    <w:rPr>
      <w:rFonts w:eastAsiaTheme="minorEastAsia"/>
      <w:color w:val="000000" w:themeColor="text1"/>
      <w:lang w:val="en-US"/>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rsid w:val="00732FB8"/>
    <w:pPr>
      <w:spacing w:after="0" w:line="240" w:lineRule="auto"/>
    </w:pPr>
    <w:rPr>
      <w:rFonts w:eastAsiaTheme="minorEastAsia"/>
      <w:color w:val="000000" w:themeColor="text1"/>
      <w:lang w:val="en-US"/>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Kleurrijkelijst-accent2">
    <w:name w:val="Colorful List Accent 2"/>
    <w:basedOn w:val="Standaardtabel"/>
    <w:uiPriority w:val="72"/>
    <w:rsid w:val="00732FB8"/>
    <w:pPr>
      <w:spacing w:after="0" w:line="240" w:lineRule="auto"/>
    </w:pPr>
    <w:rPr>
      <w:rFonts w:eastAsiaTheme="minorEastAsia"/>
      <w:color w:val="000000" w:themeColor="text1"/>
      <w:lang w:val="en-US"/>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rsid w:val="00732FB8"/>
    <w:pPr>
      <w:spacing w:after="0" w:line="240" w:lineRule="auto"/>
    </w:pPr>
    <w:rPr>
      <w:rFonts w:eastAsiaTheme="minorEastAsia"/>
      <w:color w:val="000000" w:themeColor="text1"/>
      <w:lang w:val="en-US"/>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rsid w:val="00732FB8"/>
    <w:pPr>
      <w:spacing w:after="0" w:line="240" w:lineRule="auto"/>
    </w:pPr>
    <w:rPr>
      <w:rFonts w:eastAsiaTheme="minorEastAsia"/>
      <w:color w:val="000000" w:themeColor="text1"/>
      <w:lang w:val="en-US"/>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rsid w:val="00732FB8"/>
    <w:pPr>
      <w:spacing w:after="0" w:line="240" w:lineRule="auto"/>
    </w:pPr>
    <w:rPr>
      <w:rFonts w:eastAsiaTheme="minorEastAsia"/>
      <w:color w:val="000000" w:themeColor="text1"/>
      <w:lang w:val="en-US"/>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Kleurrijkelijst-accent6">
    <w:name w:val="Colorful List Accent 6"/>
    <w:basedOn w:val="Standaardtabel"/>
    <w:uiPriority w:val="72"/>
    <w:rsid w:val="00732FB8"/>
    <w:pPr>
      <w:spacing w:after="0" w:line="240" w:lineRule="auto"/>
    </w:pPr>
    <w:rPr>
      <w:rFonts w:eastAsiaTheme="minorEastAsia"/>
      <w:color w:val="000000" w:themeColor="text1"/>
      <w:lang w:val="en-US"/>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raster">
    <w:name w:val="Colorful Grid"/>
    <w:basedOn w:val="Standaardtabel"/>
    <w:uiPriority w:val="73"/>
    <w:rsid w:val="00732FB8"/>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rsid w:val="00732FB8"/>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Kleurrijkraster-accent2">
    <w:name w:val="Colorful Grid Accent 2"/>
    <w:basedOn w:val="Standaardtabel"/>
    <w:uiPriority w:val="73"/>
    <w:rsid w:val="00732FB8"/>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rsid w:val="00732FB8"/>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rsid w:val="00732FB8"/>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rsid w:val="00732FB8"/>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Kleurrijkraster-accent6">
    <w:name w:val="Colorful Grid Accent 6"/>
    <w:basedOn w:val="Standaardtabel"/>
    <w:uiPriority w:val="73"/>
    <w:rsid w:val="00732FB8"/>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character" w:styleId="Hyperlink">
    <w:name w:val="Hyperlink"/>
    <w:basedOn w:val="Standaardalinea-lettertype"/>
    <w:uiPriority w:val="99"/>
    <w:unhideWhenUsed/>
    <w:rsid w:val="00732FB8"/>
    <w:rPr>
      <w:color w:val="0563C1" w:themeColor="hyperlink"/>
      <w:u w:val="single"/>
    </w:rPr>
  </w:style>
  <w:style w:type="character" w:styleId="Onopgelostemelding">
    <w:name w:val="Unresolved Mention"/>
    <w:basedOn w:val="Standaardalinea-lettertype"/>
    <w:uiPriority w:val="99"/>
    <w:semiHidden/>
    <w:unhideWhenUsed/>
    <w:rsid w:val="00732F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1.%20Preken\1.%20Preken\00.%20Info%20en%20Schets\Leespr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E09A9-0CB6-4DF7-9B25-4F885DAFA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Leespreek</Template>
  <TotalTime>72</TotalTime>
  <Pages>11</Pages>
  <Words>4218</Words>
  <Characters>23203</Characters>
  <Application>Microsoft Office Word</Application>
  <DocSecurity>0</DocSecurity>
  <Lines>193</Lines>
  <Paragraphs>54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IJsselstein</dc:creator>
  <cp:keywords/>
  <dc:description/>
  <cp:lastModifiedBy>J. IJsselstein</cp:lastModifiedBy>
  <cp:revision>94</cp:revision>
  <dcterms:created xsi:type="dcterms:W3CDTF">2026-01-31T17:00:00Z</dcterms:created>
  <dcterms:modified xsi:type="dcterms:W3CDTF">2026-07-09T07:47:00Z</dcterms:modified>
</cp:coreProperties>
</file>